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60A6" w14:textId="77777777" w:rsidR="00AC3B86" w:rsidRPr="0045470C" w:rsidRDefault="00F82AB4">
      <w:pPr>
        <w:spacing w:after="0" w:line="240" w:lineRule="auto"/>
        <w:jc w:val="center"/>
        <w:rPr>
          <w:rFonts w:ascii="Aptos Display" w:hAnsi="Aptos Display"/>
          <w:color w:val="4F81BD" w:themeColor="accent1"/>
          <w:sz w:val="32"/>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5470C">
        <w:rPr>
          <w:rFonts w:ascii="Aptos Display" w:hAnsi="Aptos Display"/>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DEER MEADOWS PROPERTY OWNERS ASSOCIATION</w:t>
      </w:r>
    </w:p>
    <w:p w14:paraId="50A1BF4F" w14:textId="77777777" w:rsidR="00AC3B86" w:rsidRPr="003A124E" w:rsidRDefault="00F82AB4">
      <w:pPr>
        <w:spacing w:after="0" w:line="240" w:lineRule="auto"/>
        <w:jc w:val="center"/>
        <w:rPr>
          <w:rFonts w:ascii="Aptos Display" w:hAnsi="Aptos Display"/>
        </w:rPr>
      </w:pPr>
      <w:r w:rsidRPr="003A124E">
        <w:rPr>
          <w:rFonts w:ascii="Aptos Display" w:hAnsi="Aptos Display"/>
          <w:sz w:val="22"/>
        </w:rPr>
        <w:t>General Meeting</w:t>
      </w:r>
    </w:p>
    <w:p w14:paraId="68350F0A" w14:textId="77777777" w:rsidR="00AC3B86" w:rsidRPr="003A124E" w:rsidRDefault="00F82AB4">
      <w:pPr>
        <w:spacing w:after="0" w:line="240" w:lineRule="auto"/>
        <w:jc w:val="center"/>
        <w:rPr>
          <w:rFonts w:ascii="Aptos Display" w:hAnsi="Aptos Display"/>
        </w:rPr>
      </w:pPr>
      <w:r w:rsidRPr="003A124E">
        <w:rPr>
          <w:rFonts w:ascii="Aptos Display" w:hAnsi="Aptos Display"/>
          <w:sz w:val="22"/>
        </w:rPr>
        <w:t>June 13, 2026</w:t>
      </w:r>
    </w:p>
    <w:p w14:paraId="568EEE90" w14:textId="1032C2E0" w:rsidR="00AC3B86" w:rsidRPr="003A124E" w:rsidRDefault="00EE5BA9">
      <w:pPr>
        <w:spacing w:after="160" w:line="240" w:lineRule="auto"/>
        <w:jc w:val="center"/>
        <w:rPr>
          <w:rFonts w:ascii="Aptos Display" w:hAnsi="Aptos Display"/>
          <w:b/>
          <w:bCs/>
          <w:sz w:val="32"/>
          <w:szCs w:val="36"/>
        </w:rPr>
      </w:pPr>
      <w:r>
        <w:rPr>
          <w:rFonts w:ascii="Aptos Display" w:hAnsi="Aptos Display"/>
          <w:b/>
          <w:bCs/>
          <w:sz w:val="36"/>
          <w:szCs w:val="36"/>
        </w:rPr>
        <w:t>MINUTES</w:t>
      </w:r>
    </w:p>
    <w:p w14:paraId="4462F4C9" w14:textId="77777777" w:rsidR="00AC3B86" w:rsidRPr="003A124E" w:rsidRDefault="00F82AB4" w:rsidP="003A124E">
      <w:pPr>
        <w:spacing w:after="120" w:line="240" w:lineRule="auto"/>
        <w:jc w:val="center"/>
        <w:rPr>
          <w:rFonts w:ascii="Aptos Display" w:hAnsi="Aptos Display"/>
        </w:rPr>
      </w:pPr>
      <w:r w:rsidRPr="003A124E">
        <w:rPr>
          <w:rFonts w:ascii="Aptos Display" w:hAnsi="Aptos Display"/>
        </w:rPr>
        <w:t>Location: Community Clubhouse, 389 Buck Run Pass</w:t>
      </w:r>
    </w:p>
    <w:p w14:paraId="2355A122" w14:textId="77777777" w:rsidR="00AC3B86" w:rsidRPr="003A124E" w:rsidRDefault="00F82AB4" w:rsidP="003A124E">
      <w:pPr>
        <w:spacing w:after="0" w:line="240" w:lineRule="auto"/>
        <w:jc w:val="center"/>
        <w:rPr>
          <w:rFonts w:ascii="Aptos Display" w:hAnsi="Aptos Display"/>
        </w:rPr>
      </w:pPr>
      <w:r w:rsidRPr="003A124E">
        <w:rPr>
          <w:rFonts w:ascii="Aptos Display" w:hAnsi="Aptos Display"/>
        </w:rPr>
        <w:t>10:00 AM General Assembly</w:t>
      </w:r>
    </w:p>
    <w:p w14:paraId="27134E39" w14:textId="77777777" w:rsidR="00AC3B86" w:rsidRPr="003A124E" w:rsidRDefault="00F82AB4" w:rsidP="003A124E">
      <w:pPr>
        <w:spacing w:line="240" w:lineRule="auto"/>
        <w:jc w:val="center"/>
        <w:rPr>
          <w:rFonts w:ascii="Aptos Display" w:hAnsi="Aptos Display"/>
        </w:rPr>
      </w:pPr>
      <w:r w:rsidRPr="003A124E">
        <w:rPr>
          <w:rFonts w:ascii="Aptos Display" w:hAnsi="Aptos Display"/>
        </w:rPr>
        <w:t>11:00 AM Executive Session</w:t>
      </w:r>
    </w:p>
    <w:p w14:paraId="2AACB561" w14:textId="77777777" w:rsidR="00AC3B86" w:rsidRPr="003A124E" w:rsidRDefault="00F82AB4" w:rsidP="0070644E">
      <w:pPr>
        <w:spacing w:after="120" w:line="240" w:lineRule="auto"/>
        <w:rPr>
          <w:rFonts w:ascii="Aptos Display" w:hAnsi="Aptos Display"/>
        </w:rPr>
      </w:pPr>
      <w:r w:rsidRPr="003A124E">
        <w:rPr>
          <w:rFonts w:ascii="Aptos Display" w:hAnsi="Aptos Display"/>
          <w:b/>
          <w:bCs/>
        </w:rPr>
        <w:t>REGULAR SESSION</w:t>
      </w:r>
      <w:r w:rsidRPr="003A124E">
        <w:rPr>
          <w:rFonts w:ascii="Aptos Display" w:hAnsi="Aptos Display"/>
        </w:rPr>
        <w:t xml:space="preserve"> 10AM-11AM</w:t>
      </w:r>
    </w:p>
    <w:p w14:paraId="3EB70775" w14:textId="39D64594" w:rsidR="00AC3B86" w:rsidRPr="003A124E" w:rsidRDefault="00F82AB4">
      <w:pPr>
        <w:spacing w:before="100" w:after="0" w:line="240" w:lineRule="auto"/>
        <w:rPr>
          <w:rFonts w:ascii="Aptos Display" w:hAnsi="Aptos Display"/>
        </w:rPr>
      </w:pPr>
      <w:r w:rsidRPr="003A124E">
        <w:rPr>
          <w:rFonts w:ascii="Aptos Display" w:hAnsi="Aptos Display"/>
        </w:rPr>
        <w:t>I. Welcome</w:t>
      </w:r>
      <w:r w:rsidR="001A445D">
        <w:rPr>
          <w:rFonts w:ascii="Aptos Display" w:hAnsi="Aptos Display"/>
        </w:rPr>
        <w:t>d</w:t>
      </w:r>
      <w:r w:rsidRPr="003A124E">
        <w:rPr>
          <w:rFonts w:ascii="Aptos Display" w:hAnsi="Aptos Display"/>
        </w:rPr>
        <w:t xml:space="preserve"> Residents / Call</w:t>
      </w:r>
      <w:r w:rsidR="001A445D">
        <w:rPr>
          <w:rFonts w:ascii="Aptos Display" w:hAnsi="Aptos Display"/>
        </w:rPr>
        <w:t>ed</w:t>
      </w:r>
      <w:r w:rsidRPr="003A124E">
        <w:rPr>
          <w:rFonts w:ascii="Aptos Display" w:hAnsi="Aptos Display"/>
        </w:rPr>
        <w:t xml:space="preserve"> to Order - Rob Norman</w:t>
      </w:r>
      <w:r w:rsidR="001A445D">
        <w:rPr>
          <w:rFonts w:ascii="Aptos Display" w:hAnsi="Aptos Display"/>
        </w:rPr>
        <w:t xml:space="preserve"> (10:01am)</w:t>
      </w:r>
    </w:p>
    <w:p w14:paraId="0EA5D658" w14:textId="3ECCE737" w:rsidR="00AC3B86" w:rsidRDefault="00F82AB4">
      <w:pPr>
        <w:spacing w:after="0" w:line="240" w:lineRule="auto"/>
        <w:ind w:left="360"/>
        <w:rPr>
          <w:rFonts w:ascii="Aptos Display" w:hAnsi="Aptos Display"/>
        </w:rPr>
      </w:pPr>
      <w:r w:rsidRPr="003A124E">
        <w:rPr>
          <w:rFonts w:ascii="Aptos Display" w:hAnsi="Aptos Display"/>
        </w:rPr>
        <w:t>A. Establish</w:t>
      </w:r>
      <w:r w:rsidR="001A445D">
        <w:rPr>
          <w:rFonts w:ascii="Aptos Display" w:hAnsi="Aptos Display"/>
        </w:rPr>
        <w:t>ed</w:t>
      </w:r>
      <w:r w:rsidRPr="003A124E">
        <w:rPr>
          <w:rFonts w:ascii="Aptos Display" w:hAnsi="Aptos Display"/>
        </w:rPr>
        <w:t xml:space="preserve"> quorum</w:t>
      </w:r>
    </w:p>
    <w:p w14:paraId="4DB517BA" w14:textId="65CC4C2E" w:rsidR="00875F02" w:rsidRDefault="00875F02" w:rsidP="00875F02">
      <w:pPr>
        <w:spacing w:after="0" w:line="240" w:lineRule="auto"/>
        <w:ind w:left="360" w:firstLine="360"/>
        <w:rPr>
          <w:rFonts w:ascii="Aptos Display" w:hAnsi="Aptos Display"/>
        </w:rPr>
      </w:pPr>
      <w:r>
        <w:rPr>
          <w:rFonts w:ascii="Aptos Display" w:hAnsi="Aptos Display"/>
        </w:rPr>
        <w:t xml:space="preserve">ATTENDEES: </w:t>
      </w:r>
      <w:r>
        <w:rPr>
          <w:rFonts w:ascii="Aptos Display" w:hAnsi="Aptos Display"/>
        </w:rPr>
        <w:tab/>
      </w:r>
    </w:p>
    <w:p w14:paraId="4BF1D06B" w14:textId="77777777" w:rsidR="00875F02" w:rsidRDefault="00875F02" w:rsidP="00875F02">
      <w:pPr>
        <w:spacing w:after="0" w:line="240" w:lineRule="auto"/>
        <w:ind w:left="360" w:firstLine="360"/>
        <w:rPr>
          <w:rFonts w:ascii="Aptos Display" w:hAnsi="Aptos Display"/>
        </w:rPr>
        <w:sectPr w:rsidR="00875F02" w:rsidSect="00034616">
          <w:pgSz w:w="12240" w:h="15840"/>
          <w:pgMar w:top="864" w:right="1080" w:bottom="864" w:left="1080" w:header="720" w:footer="720" w:gutter="0"/>
          <w:cols w:space="720"/>
          <w:docGrid w:linePitch="360"/>
        </w:sectPr>
      </w:pPr>
    </w:p>
    <w:p w14:paraId="5935D4A8" w14:textId="767CED1A" w:rsidR="00875F02" w:rsidRDefault="00875F02" w:rsidP="00875F02">
      <w:pPr>
        <w:spacing w:after="0" w:line="240" w:lineRule="auto"/>
        <w:ind w:left="360" w:firstLine="360"/>
        <w:rPr>
          <w:rFonts w:ascii="Aptos Display" w:hAnsi="Aptos Display"/>
        </w:rPr>
      </w:pPr>
      <w:r>
        <w:rPr>
          <w:rFonts w:ascii="Aptos Display" w:hAnsi="Aptos Display"/>
        </w:rPr>
        <w:t>Russell Bokelman</w:t>
      </w:r>
    </w:p>
    <w:p w14:paraId="07A0E021" w14:textId="2CC2D626" w:rsidR="00875F02" w:rsidRDefault="00875F02" w:rsidP="00875F02">
      <w:pPr>
        <w:spacing w:after="0" w:line="240" w:lineRule="auto"/>
        <w:ind w:left="360" w:firstLine="360"/>
        <w:rPr>
          <w:rFonts w:ascii="Aptos Display" w:hAnsi="Aptos Display"/>
        </w:rPr>
      </w:pPr>
      <w:r>
        <w:rPr>
          <w:rFonts w:ascii="Aptos Display" w:hAnsi="Aptos Display"/>
        </w:rPr>
        <w:t>Robert Hicks</w:t>
      </w:r>
    </w:p>
    <w:p w14:paraId="61BA6B5F" w14:textId="3964E543" w:rsidR="00875F02" w:rsidRDefault="00875F02" w:rsidP="00875F02">
      <w:pPr>
        <w:spacing w:after="0" w:line="240" w:lineRule="auto"/>
        <w:ind w:left="360" w:firstLine="360"/>
        <w:rPr>
          <w:rFonts w:ascii="Aptos Display" w:hAnsi="Aptos Display"/>
        </w:rPr>
      </w:pPr>
      <w:r>
        <w:rPr>
          <w:rFonts w:ascii="Aptos Display" w:hAnsi="Aptos Display"/>
        </w:rPr>
        <w:t>Dean A. Reed</w:t>
      </w:r>
    </w:p>
    <w:p w14:paraId="412F8D1E" w14:textId="210B28E4" w:rsidR="00875F02" w:rsidRDefault="00875F02" w:rsidP="00875F02">
      <w:pPr>
        <w:spacing w:after="0" w:line="240" w:lineRule="auto"/>
        <w:ind w:left="360" w:firstLine="360"/>
        <w:rPr>
          <w:rFonts w:ascii="Aptos Display" w:hAnsi="Aptos Display"/>
        </w:rPr>
      </w:pPr>
      <w:r>
        <w:rPr>
          <w:rFonts w:ascii="Aptos Display" w:hAnsi="Aptos Display"/>
        </w:rPr>
        <w:t>Ken &amp; Chris</w:t>
      </w:r>
    </w:p>
    <w:p w14:paraId="7AA79E9A" w14:textId="34C2A5FF" w:rsidR="00875F02" w:rsidRDefault="00875F02" w:rsidP="00875F02">
      <w:pPr>
        <w:spacing w:after="0" w:line="240" w:lineRule="auto"/>
        <w:ind w:left="360" w:firstLine="360"/>
        <w:rPr>
          <w:rFonts w:ascii="Aptos Display" w:hAnsi="Aptos Display"/>
        </w:rPr>
      </w:pPr>
      <w:r>
        <w:rPr>
          <w:rFonts w:ascii="Aptos Display" w:hAnsi="Aptos Display"/>
        </w:rPr>
        <w:t>Shannon Rosenberg</w:t>
      </w:r>
    </w:p>
    <w:p w14:paraId="4DE6E906" w14:textId="5E82383B" w:rsidR="00875F02" w:rsidRDefault="00875F02" w:rsidP="00875F02">
      <w:pPr>
        <w:spacing w:after="0" w:line="240" w:lineRule="auto"/>
        <w:ind w:left="360" w:firstLine="360"/>
        <w:rPr>
          <w:rFonts w:ascii="Aptos Display" w:hAnsi="Aptos Display"/>
        </w:rPr>
      </w:pPr>
      <w:r>
        <w:rPr>
          <w:rFonts w:ascii="Aptos Display" w:hAnsi="Aptos Display"/>
        </w:rPr>
        <w:t>Joseph Snyder</w:t>
      </w:r>
    </w:p>
    <w:p w14:paraId="4D7DA9F1" w14:textId="3DBB24FD" w:rsidR="00875F02" w:rsidRDefault="00875F02" w:rsidP="00875F02">
      <w:pPr>
        <w:spacing w:after="0" w:line="240" w:lineRule="auto"/>
        <w:ind w:left="360" w:firstLine="360"/>
        <w:rPr>
          <w:rFonts w:ascii="Aptos Display" w:hAnsi="Aptos Display"/>
        </w:rPr>
      </w:pPr>
      <w:r>
        <w:rPr>
          <w:rFonts w:ascii="Aptos Display" w:hAnsi="Aptos Display"/>
        </w:rPr>
        <w:t>James Lawson</w:t>
      </w:r>
    </w:p>
    <w:p w14:paraId="0285B8A2" w14:textId="0810FBD2" w:rsidR="00875F02" w:rsidRDefault="00875F02" w:rsidP="00875F02">
      <w:pPr>
        <w:spacing w:after="0" w:line="240" w:lineRule="auto"/>
        <w:ind w:left="360" w:firstLine="360"/>
        <w:rPr>
          <w:rFonts w:ascii="Aptos Display" w:hAnsi="Aptos Display"/>
        </w:rPr>
      </w:pPr>
      <w:r>
        <w:rPr>
          <w:rFonts w:ascii="Aptos Display" w:hAnsi="Aptos Display"/>
        </w:rPr>
        <w:t>Susan Gardner</w:t>
      </w:r>
    </w:p>
    <w:p w14:paraId="2A75B74F" w14:textId="5AA4652E" w:rsidR="00875F02" w:rsidRDefault="00875F02" w:rsidP="00875F02">
      <w:pPr>
        <w:spacing w:after="0" w:line="240" w:lineRule="auto"/>
        <w:ind w:left="360" w:firstLine="360"/>
        <w:rPr>
          <w:rFonts w:ascii="Aptos Display" w:hAnsi="Aptos Display"/>
        </w:rPr>
      </w:pPr>
      <w:r>
        <w:rPr>
          <w:rFonts w:ascii="Aptos Display" w:hAnsi="Aptos Display"/>
        </w:rPr>
        <w:t>Kathy King</w:t>
      </w:r>
    </w:p>
    <w:p w14:paraId="480E98E4" w14:textId="5AD7C4B9" w:rsidR="00875F02" w:rsidRDefault="00875F02" w:rsidP="00875F02">
      <w:pPr>
        <w:spacing w:after="0" w:line="240" w:lineRule="auto"/>
        <w:ind w:left="360" w:firstLine="360"/>
        <w:rPr>
          <w:rFonts w:ascii="Aptos Display" w:hAnsi="Aptos Display"/>
        </w:rPr>
      </w:pPr>
      <w:r>
        <w:rPr>
          <w:rFonts w:ascii="Aptos Display" w:hAnsi="Aptos Display"/>
        </w:rPr>
        <w:t>Russell Midel</w:t>
      </w:r>
    </w:p>
    <w:p w14:paraId="16D57B1B" w14:textId="77777777" w:rsidR="00875F02" w:rsidRDefault="00875F02" w:rsidP="00875F02">
      <w:pPr>
        <w:spacing w:after="0" w:line="240" w:lineRule="auto"/>
        <w:ind w:left="360" w:firstLine="360"/>
        <w:rPr>
          <w:rFonts w:ascii="Aptos Display" w:hAnsi="Aptos Display"/>
          <w:i/>
          <w:iCs/>
        </w:rPr>
        <w:sectPr w:rsidR="00875F02" w:rsidSect="00875F02">
          <w:type w:val="continuous"/>
          <w:pgSz w:w="12240" w:h="15840"/>
          <w:pgMar w:top="864" w:right="1080" w:bottom="864" w:left="1080" w:header="720" w:footer="720" w:gutter="0"/>
          <w:cols w:num="3" w:space="720"/>
          <w:docGrid w:linePitch="360"/>
        </w:sectPr>
      </w:pPr>
      <w:r>
        <w:rPr>
          <w:rFonts w:ascii="Aptos Display" w:hAnsi="Aptos Display"/>
          <w:i/>
          <w:iCs/>
        </w:rPr>
        <w:t>proxy: Tim &amp; Sue Acker</w:t>
      </w:r>
    </w:p>
    <w:p w14:paraId="14EC39FA" w14:textId="0346BDF3" w:rsidR="00875F02" w:rsidRPr="00875F02" w:rsidRDefault="00875F02" w:rsidP="00875F02">
      <w:pPr>
        <w:spacing w:after="0" w:line="240" w:lineRule="auto"/>
        <w:ind w:left="360" w:firstLine="360"/>
        <w:rPr>
          <w:rFonts w:ascii="Aptos Display" w:hAnsi="Aptos Display"/>
          <w:i/>
          <w:iCs/>
        </w:rPr>
      </w:pPr>
    </w:p>
    <w:p w14:paraId="0B1CA259" w14:textId="77777777" w:rsidR="00AC3B86" w:rsidRPr="003A124E" w:rsidRDefault="00F82AB4">
      <w:pPr>
        <w:spacing w:before="100" w:after="0" w:line="240" w:lineRule="auto"/>
        <w:rPr>
          <w:rFonts w:ascii="Aptos Display" w:hAnsi="Aptos Display"/>
        </w:rPr>
      </w:pPr>
      <w:r w:rsidRPr="003A124E">
        <w:rPr>
          <w:rFonts w:ascii="Aptos Display" w:hAnsi="Aptos Display"/>
        </w:rPr>
        <w:t>II. Board Members Roll Call</w:t>
      </w:r>
    </w:p>
    <w:p w14:paraId="648CE288" w14:textId="2B40ECC5" w:rsidR="00AC3B86" w:rsidRPr="003A124E" w:rsidRDefault="00F82AB4">
      <w:pPr>
        <w:pStyle w:val="ListParagraph"/>
        <w:numPr>
          <w:ilvl w:val="0"/>
          <w:numId w:val="8"/>
        </w:numPr>
        <w:spacing w:after="0" w:line="240" w:lineRule="auto"/>
        <w:rPr>
          <w:rFonts w:ascii="Aptos Display" w:hAnsi="Aptos Display"/>
        </w:rPr>
      </w:pPr>
      <w:r w:rsidRPr="003A124E">
        <w:rPr>
          <w:rFonts w:ascii="Aptos Display" w:hAnsi="Aptos Display"/>
        </w:rPr>
        <w:t>President</w:t>
      </w:r>
      <w:r w:rsidR="003A124E" w:rsidRPr="003A124E">
        <w:rPr>
          <w:rFonts w:ascii="Aptos Display" w:hAnsi="Aptos Display"/>
        </w:rPr>
        <w:t>:</w:t>
      </w:r>
      <w:r w:rsidR="003A124E" w:rsidRPr="003A124E">
        <w:rPr>
          <w:rFonts w:ascii="Aptos Display" w:hAnsi="Aptos Display"/>
        </w:rPr>
        <w:tab/>
      </w:r>
      <w:r w:rsidRPr="003A124E">
        <w:rPr>
          <w:rFonts w:ascii="Aptos Display" w:hAnsi="Aptos Display"/>
        </w:rPr>
        <w:t>Rob Norman</w:t>
      </w:r>
      <w:r w:rsidR="001A445D">
        <w:rPr>
          <w:rFonts w:ascii="Aptos Display" w:hAnsi="Aptos Display"/>
        </w:rPr>
        <w:tab/>
      </w:r>
      <w:r w:rsidR="001A445D" w:rsidRPr="001A445D">
        <w:rPr>
          <w:rFonts w:ascii="Aptos Display" w:hAnsi="Aptos Display"/>
          <w:i/>
          <w:iCs/>
        </w:rPr>
        <w:t>present</w:t>
      </w:r>
    </w:p>
    <w:p w14:paraId="0BDB7013" w14:textId="5DB24C23" w:rsidR="00AC3B86" w:rsidRPr="003A124E" w:rsidRDefault="00F82AB4">
      <w:pPr>
        <w:pStyle w:val="ListParagraph"/>
        <w:numPr>
          <w:ilvl w:val="0"/>
          <w:numId w:val="8"/>
        </w:numPr>
        <w:spacing w:after="0" w:line="240" w:lineRule="auto"/>
        <w:rPr>
          <w:rFonts w:ascii="Aptos Display" w:hAnsi="Aptos Display"/>
        </w:rPr>
      </w:pPr>
      <w:r w:rsidRPr="003A124E">
        <w:rPr>
          <w:rFonts w:ascii="Aptos Display" w:hAnsi="Aptos Display"/>
        </w:rPr>
        <w:t>VP:</w:t>
      </w:r>
      <w:r w:rsidR="003A124E" w:rsidRPr="003A124E">
        <w:rPr>
          <w:rFonts w:ascii="Aptos Display" w:hAnsi="Aptos Display"/>
        </w:rPr>
        <w:tab/>
      </w:r>
      <w:r w:rsidR="003A124E" w:rsidRPr="003A124E">
        <w:rPr>
          <w:rFonts w:ascii="Aptos Display" w:hAnsi="Aptos Display"/>
        </w:rPr>
        <w:tab/>
      </w:r>
      <w:r w:rsidRPr="003A124E">
        <w:rPr>
          <w:rFonts w:ascii="Aptos Display" w:hAnsi="Aptos Display"/>
        </w:rPr>
        <w:t>Matt Mullin</w:t>
      </w:r>
      <w:r w:rsidR="001A445D">
        <w:rPr>
          <w:rFonts w:ascii="Aptos Display" w:hAnsi="Aptos Display"/>
        </w:rPr>
        <w:tab/>
      </w:r>
      <w:r w:rsidR="001A445D" w:rsidRPr="001A445D">
        <w:rPr>
          <w:rFonts w:ascii="Aptos Display" w:hAnsi="Aptos Display"/>
          <w:i/>
          <w:iCs/>
        </w:rPr>
        <w:t>present</w:t>
      </w:r>
    </w:p>
    <w:p w14:paraId="7C673542" w14:textId="3EC0004C" w:rsidR="00AC3B86" w:rsidRPr="003A124E" w:rsidRDefault="00F82AB4">
      <w:pPr>
        <w:pStyle w:val="ListParagraph"/>
        <w:numPr>
          <w:ilvl w:val="0"/>
          <w:numId w:val="8"/>
        </w:numPr>
        <w:spacing w:after="0" w:line="240" w:lineRule="auto"/>
        <w:rPr>
          <w:rFonts w:ascii="Aptos Display" w:hAnsi="Aptos Display"/>
        </w:rPr>
      </w:pPr>
      <w:r w:rsidRPr="003A124E">
        <w:rPr>
          <w:rFonts w:ascii="Aptos Display" w:hAnsi="Aptos Display"/>
        </w:rPr>
        <w:t>Treasurer:</w:t>
      </w:r>
      <w:r w:rsidR="003A124E" w:rsidRPr="003A124E">
        <w:rPr>
          <w:rFonts w:ascii="Aptos Display" w:hAnsi="Aptos Display"/>
        </w:rPr>
        <w:tab/>
      </w:r>
      <w:r w:rsidRPr="003A124E">
        <w:rPr>
          <w:rFonts w:ascii="Aptos Display" w:hAnsi="Aptos Display"/>
        </w:rPr>
        <w:t>Alisha Stanley</w:t>
      </w:r>
      <w:r w:rsidR="001A445D">
        <w:rPr>
          <w:rFonts w:ascii="Aptos Display" w:hAnsi="Aptos Display"/>
        </w:rPr>
        <w:tab/>
      </w:r>
      <w:r w:rsidR="001A445D" w:rsidRPr="001A445D">
        <w:rPr>
          <w:rFonts w:ascii="Aptos Display" w:hAnsi="Aptos Display"/>
          <w:i/>
          <w:iCs/>
        </w:rPr>
        <w:t>present</w:t>
      </w:r>
    </w:p>
    <w:p w14:paraId="1E731333" w14:textId="66DFF97F" w:rsidR="00AC3B86" w:rsidRPr="003A124E" w:rsidRDefault="00F82AB4">
      <w:pPr>
        <w:pStyle w:val="ListParagraph"/>
        <w:numPr>
          <w:ilvl w:val="0"/>
          <w:numId w:val="8"/>
        </w:numPr>
        <w:spacing w:after="0" w:line="240" w:lineRule="auto"/>
        <w:rPr>
          <w:rFonts w:ascii="Aptos Display" w:hAnsi="Aptos Display"/>
        </w:rPr>
      </w:pPr>
      <w:r w:rsidRPr="003A124E">
        <w:rPr>
          <w:rFonts w:ascii="Aptos Display" w:hAnsi="Aptos Display"/>
        </w:rPr>
        <w:t>Secretary:</w:t>
      </w:r>
      <w:r w:rsidR="003A124E" w:rsidRPr="003A124E">
        <w:rPr>
          <w:rFonts w:ascii="Aptos Display" w:hAnsi="Aptos Display"/>
        </w:rPr>
        <w:tab/>
      </w:r>
      <w:r w:rsidRPr="003A124E">
        <w:rPr>
          <w:rFonts w:ascii="Aptos Display" w:hAnsi="Aptos Display"/>
        </w:rPr>
        <w:t>Mindee Popham</w:t>
      </w:r>
      <w:r w:rsidR="001A445D">
        <w:rPr>
          <w:rFonts w:ascii="Aptos Display" w:hAnsi="Aptos Display"/>
        </w:rPr>
        <w:tab/>
      </w:r>
      <w:r w:rsidR="001A445D" w:rsidRPr="001A445D">
        <w:rPr>
          <w:rFonts w:ascii="Aptos Display" w:hAnsi="Aptos Display"/>
          <w:i/>
          <w:iCs/>
        </w:rPr>
        <w:t>present</w:t>
      </w:r>
    </w:p>
    <w:p w14:paraId="3FB4467F" w14:textId="6FD09E8A" w:rsidR="00AC3B86" w:rsidRPr="003A124E" w:rsidRDefault="00F82AB4">
      <w:pPr>
        <w:pStyle w:val="ListParagraph"/>
        <w:numPr>
          <w:ilvl w:val="0"/>
          <w:numId w:val="8"/>
        </w:numPr>
        <w:spacing w:after="0" w:line="240" w:lineRule="auto"/>
        <w:rPr>
          <w:rFonts w:ascii="Aptos Display" w:hAnsi="Aptos Display"/>
        </w:rPr>
      </w:pPr>
      <w:r w:rsidRPr="003A124E">
        <w:rPr>
          <w:rFonts w:ascii="Aptos Display" w:hAnsi="Aptos Display"/>
        </w:rPr>
        <w:t>Director:</w:t>
      </w:r>
      <w:r w:rsidR="003A124E" w:rsidRPr="003A124E">
        <w:rPr>
          <w:rFonts w:ascii="Aptos Display" w:hAnsi="Aptos Display"/>
        </w:rPr>
        <w:tab/>
      </w:r>
      <w:r w:rsidRPr="003A124E">
        <w:rPr>
          <w:rFonts w:ascii="Aptos Display" w:hAnsi="Aptos Display"/>
        </w:rPr>
        <w:t>Hilda Stevens</w:t>
      </w:r>
      <w:r w:rsidR="001A445D">
        <w:rPr>
          <w:rFonts w:ascii="Aptos Display" w:hAnsi="Aptos Display"/>
        </w:rPr>
        <w:tab/>
      </w:r>
      <w:r w:rsidR="001A445D" w:rsidRPr="001A445D">
        <w:rPr>
          <w:rFonts w:ascii="Aptos Display" w:hAnsi="Aptos Display"/>
          <w:i/>
          <w:iCs/>
        </w:rPr>
        <w:t>present</w:t>
      </w:r>
    </w:p>
    <w:p w14:paraId="0B2FB4BE" w14:textId="2BB523A5" w:rsidR="00CF75F9" w:rsidRDefault="00F82AB4" w:rsidP="001A2D2E">
      <w:pPr>
        <w:spacing w:before="100" w:after="0" w:line="240" w:lineRule="auto"/>
        <w:rPr>
          <w:rFonts w:ascii="Aptos Display" w:hAnsi="Aptos Display"/>
        </w:rPr>
      </w:pPr>
      <w:r w:rsidRPr="003A124E">
        <w:rPr>
          <w:rFonts w:ascii="Aptos Display" w:hAnsi="Aptos Display"/>
        </w:rPr>
        <w:t xml:space="preserve">III. </w:t>
      </w:r>
      <w:r w:rsidR="00CF75F9">
        <w:rPr>
          <w:rFonts w:ascii="Aptos Display" w:hAnsi="Aptos Display"/>
        </w:rPr>
        <w:t xml:space="preserve">Approval of Meeting </w:t>
      </w:r>
      <w:r w:rsidRPr="003A124E">
        <w:rPr>
          <w:rFonts w:ascii="Aptos Display" w:hAnsi="Aptos Display"/>
        </w:rPr>
        <w:t>Minutes</w:t>
      </w:r>
    </w:p>
    <w:p w14:paraId="37495D69" w14:textId="28DEECD0" w:rsidR="00AC3B86" w:rsidRPr="00CF75F9" w:rsidRDefault="00F82AB4">
      <w:pPr>
        <w:pStyle w:val="ListParagraph"/>
        <w:numPr>
          <w:ilvl w:val="0"/>
          <w:numId w:val="19"/>
        </w:numPr>
        <w:spacing w:before="100" w:after="0" w:line="240" w:lineRule="auto"/>
        <w:rPr>
          <w:rFonts w:ascii="Aptos Display" w:hAnsi="Aptos Display"/>
        </w:rPr>
      </w:pPr>
      <w:r w:rsidRPr="00CF75F9">
        <w:rPr>
          <w:rFonts w:ascii="Aptos Display" w:hAnsi="Aptos Display"/>
        </w:rPr>
        <w:t>March 14, 2026 Quarterly Meeting</w:t>
      </w:r>
    </w:p>
    <w:p w14:paraId="55682B5F" w14:textId="77777777" w:rsidR="00A07BDE" w:rsidRDefault="00CF75F9">
      <w:pPr>
        <w:pStyle w:val="ListParagraph"/>
        <w:numPr>
          <w:ilvl w:val="0"/>
          <w:numId w:val="19"/>
        </w:numPr>
        <w:spacing w:before="100" w:after="0" w:line="240" w:lineRule="auto"/>
        <w:rPr>
          <w:rFonts w:ascii="Aptos Display" w:hAnsi="Aptos Display"/>
        </w:rPr>
      </w:pPr>
      <w:r w:rsidRPr="00CF75F9">
        <w:rPr>
          <w:rFonts w:ascii="Aptos Display" w:hAnsi="Aptos Display"/>
        </w:rPr>
        <w:t>January Special</w:t>
      </w:r>
      <w:r>
        <w:rPr>
          <w:rFonts w:ascii="Aptos Display" w:hAnsi="Aptos Display"/>
        </w:rPr>
        <w:t xml:space="preserve"> Meeting</w:t>
      </w:r>
      <w:r w:rsidR="00A07BDE" w:rsidRPr="00A07BDE">
        <w:rPr>
          <w:rFonts w:ascii="Aptos Display" w:hAnsi="Aptos Display"/>
        </w:rPr>
        <w:t xml:space="preserve"> </w:t>
      </w:r>
    </w:p>
    <w:p w14:paraId="62798A39" w14:textId="06DAE699" w:rsidR="00CF75F9" w:rsidRDefault="00A07BDE">
      <w:pPr>
        <w:pStyle w:val="ListParagraph"/>
        <w:numPr>
          <w:ilvl w:val="0"/>
          <w:numId w:val="19"/>
        </w:numPr>
        <w:spacing w:before="100" w:after="0" w:line="240" w:lineRule="auto"/>
        <w:rPr>
          <w:rFonts w:ascii="Aptos Display" w:hAnsi="Aptos Display"/>
        </w:rPr>
      </w:pPr>
      <w:r w:rsidRPr="00CF75F9">
        <w:rPr>
          <w:rFonts w:ascii="Aptos Display" w:hAnsi="Aptos Display"/>
        </w:rPr>
        <w:t>December Quarterly </w:t>
      </w:r>
      <w:r>
        <w:rPr>
          <w:rFonts w:ascii="Aptos Display" w:hAnsi="Aptos Display"/>
        </w:rPr>
        <w:t>Meeting</w:t>
      </w:r>
    </w:p>
    <w:p w14:paraId="23F2E327" w14:textId="6EF72F12" w:rsidR="001A445D" w:rsidRPr="00A07BDE" w:rsidRDefault="001A445D">
      <w:pPr>
        <w:pStyle w:val="ListParagraph"/>
        <w:numPr>
          <w:ilvl w:val="1"/>
          <w:numId w:val="24"/>
        </w:numPr>
        <w:spacing w:before="100" w:after="0" w:line="240" w:lineRule="auto"/>
        <w:rPr>
          <w:rFonts w:ascii="Aptos Display" w:hAnsi="Aptos Display"/>
        </w:rPr>
      </w:pPr>
      <w:r>
        <w:rPr>
          <w:rFonts w:ascii="Aptos Display" w:hAnsi="Aptos Display"/>
        </w:rPr>
        <w:t xml:space="preserve">Motion to Approve: Mullin, Seconded: </w:t>
      </w:r>
      <w:r w:rsidR="00463D5E">
        <w:rPr>
          <w:rFonts w:ascii="Aptos Display" w:hAnsi="Aptos Display"/>
        </w:rPr>
        <w:t xml:space="preserve">Joseph </w:t>
      </w:r>
      <w:r>
        <w:rPr>
          <w:rFonts w:ascii="Aptos Display" w:hAnsi="Aptos Display"/>
        </w:rPr>
        <w:t>Snyder – All previous minutes approved</w:t>
      </w:r>
    </w:p>
    <w:p w14:paraId="149143E6" w14:textId="77777777" w:rsidR="00AC3B86" w:rsidRPr="003A124E" w:rsidRDefault="00F82AB4">
      <w:pPr>
        <w:spacing w:before="100" w:after="0" w:line="240" w:lineRule="auto"/>
        <w:rPr>
          <w:rFonts w:ascii="Aptos Display" w:hAnsi="Aptos Display"/>
        </w:rPr>
      </w:pPr>
      <w:r w:rsidRPr="003A124E">
        <w:rPr>
          <w:rFonts w:ascii="Aptos Display" w:hAnsi="Aptos Display"/>
        </w:rPr>
        <w:t>IV. Summary of Executive Session from Previous Meeting - Rob Norman</w:t>
      </w:r>
    </w:p>
    <w:p w14:paraId="23E699EF" w14:textId="017D0B4E" w:rsidR="00AC3B86" w:rsidRPr="003A124E" w:rsidRDefault="00F82AB4">
      <w:pPr>
        <w:pStyle w:val="ListBullet"/>
        <w:numPr>
          <w:ilvl w:val="0"/>
          <w:numId w:val="7"/>
        </w:numPr>
        <w:spacing w:after="0" w:line="240" w:lineRule="auto"/>
        <w:rPr>
          <w:rFonts w:ascii="Aptos Display" w:hAnsi="Aptos Display"/>
        </w:rPr>
      </w:pPr>
      <w:r w:rsidRPr="003A124E">
        <w:rPr>
          <w:rFonts w:ascii="Aptos Display" w:hAnsi="Aptos Display"/>
        </w:rPr>
        <w:t xml:space="preserve">Documents </w:t>
      </w:r>
      <w:r w:rsidR="00A07BDE">
        <w:rPr>
          <w:rFonts w:ascii="Aptos Display" w:hAnsi="Aptos Display"/>
        </w:rPr>
        <w:t>P</w:t>
      </w:r>
      <w:r w:rsidRPr="003A124E">
        <w:rPr>
          <w:rFonts w:ascii="Aptos Display" w:hAnsi="Aptos Display"/>
        </w:rPr>
        <w:t>roject reinstated as a Board priority</w:t>
      </w:r>
      <w:r w:rsidR="00A07BDE">
        <w:rPr>
          <w:rFonts w:ascii="Aptos Display" w:hAnsi="Aptos Display"/>
        </w:rPr>
        <w:t xml:space="preserve"> - </w:t>
      </w:r>
      <w:r w:rsidR="00A07BDE">
        <w:rPr>
          <w:rFonts w:ascii="Aptos Display" w:hAnsi="Aptos Display"/>
          <w:i/>
          <w:iCs/>
        </w:rPr>
        <w:t>complete</w:t>
      </w:r>
      <w:r w:rsidR="001A445D">
        <w:rPr>
          <w:rFonts w:ascii="Aptos Display" w:hAnsi="Aptos Display"/>
          <w:i/>
          <w:iCs/>
        </w:rPr>
        <w:t>d</w:t>
      </w:r>
    </w:p>
    <w:p w14:paraId="5657794C" w14:textId="77777777" w:rsidR="00A07BDE" w:rsidRDefault="00A07BDE">
      <w:pPr>
        <w:pStyle w:val="ListBullet"/>
        <w:numPr>
          <w:ilvl w:val="0"/>
          <w:numId w:val="7"/>
        </w:numPr>
        <w:spacing w:after="0" w:line="240" w:lineRule="auto"/>
        <w:rPr>
          <w:rFonts w:ascii="Aptos Display" w:hAnsi="Aptos Display"/>
        </w:rPr>
      </w:pPr>
      <w:r>
        <w:rPr>
          <w:rFonts w:ascii="Aptos Display" w:hAnsi="Aptos Display"/>
        </w:rPr>
        <w:t xml:space="preserve">Research: </w:t>
      </w:r>
      <w:r w:rsidRPr="003A124E">
        <w:rPr>
          <w:rFonts w:ascii="Aptos Display" w:hAnsi="Aptos Display"/>
        </w:rPr>
        <w:t xml:space="preserve">Board confirmed POA collection remedies </w:t>
      </w:r>
      <w:r>
        <w:rPr>
          <w:rFonts w:ascii="Aptos Display" w:hAnsi="Aptos Display"/>
        </w:rPr>
        <w:t>must</w:t>
      </w:r>
      <w:r w:rsidRPr="003A124E">
        <w:rPr>
          <w:rFonts w:ascii="Aptos Display" w:hAnsi="Aptos Display"/>
        </w:rPr>
        <w:t xml:space="preserve"> follow T</w:t>
      </w:r>
      <w:r>
        <w:rPr>
          <w:rFonts w:ascii="Aptos Display" w:hAnsi="Aptos Display"/>
        </w:rPr>
        <w:t>X</w:t>
      </w:r>
      <w:r w:rsidRPr="003A124E">
        <w:rPr>
          <w:rFonts w:ascii="Aptos Display" w:hAnsi="Aptos Display"/>
        </w:rPr>
        <w:t xml:space="preserve"> Property Code Ch 209</w:t>
      </w:r>
      <w:r>
        <w:rPr>
          <w:rFonts w:ascii="Aptos Display" w:hAnsi="Aptos Display"/>
        </w:rPr>
        <w:t xml:space="preserve"> </w:t>
      </w:r>
    </w:p>
    <w:p w14:paraId="60AC3552" w14:textId="3618905B" w:rsidR="00AC3B86" w:rsidRDefault="00A07BDE">
      <w:pPr>
        <w:pStyle w:val="ListBullet"/>
        <w:numPr>
          <w:ilvl w:val="1"/>
          <w:numId w:val="20"/>
        </w:numPr>
        <w:spacing w:after="0" w:line="240" w:lineRule="auto"/>
        <w:rPr>
          <w:rFonts w:ascii="Aptos Display" w:hAnsi="Aptos Display"/>
        </w:rPr>
      </w:pPr>
      <w:r>
        <w:rPr>
          <w:rFonts w:ascii="Aptos Display" w:hAnsi="Aptos Display"/>
        </w:rPr>
        <w:t xml:space="preserve">Wage </w:t>
      </w:r>
      <w:r w:rsidRPr="00A07BDE">
        <w:rPr>
          <w:rFonts w:ascii="Aptos Display" w:hAnsi="Aptos Display"/>
        </w:rPr>
        <w:t>garnishment</w:t>
      </w:r>
      <w:r>
        <w:rPr>
          <w:rFonts w:ascii="Aptos Display" w:hAnsi="Aptos Display"/>
        </w:rPr>
        <w:t xml:space="preserve"> or </w:t>
      </w:r>
      <w:r w:rsidRPr="00A07BDE">
        <w:rPr>
          <w:rFonts w:ascii="Aptos Display" w:hAnsi="Aptos Display"/>
        </w:rPr>
        <w:t>levy is not available for ordinary POA debts</w:t>
      </w:r>
    </w:p>
    <w:p w14:paraId="3B769D3E" w14:textId="4584EBCF" w:rsidR="00A07BDE" w:rsidRPr="00A07BDE" w:rsidRDefault="00A07BDE">
      <w:pPr>
        <w:pStyle w:val="ListBullet"/>
        <w:numPr>
          <w:ilvl w:val="1"/>
          <w:numId w:val="20"/>
        </w:numPr>
        <w:spacing w:after="0" w:line="240" w:lineRule="auto"/>
        <w:rPr>
          <w:rFonts w:ascii="Aptos Display" w:hAnsi="Aptos Display"/>
        </w:rPr>
      </w:pPr>
      <w:r w:rsidRPr="00A07BDE">
        <w:rPr>
          <w:rFonts w:ascii="Aptos Display" w:hAnsi="Aptos Display"/>
        </w:rPr>
        <w:t>Texas law exempts current wages from garnishment except where state or federal law allows otherwise, such as child support, spousal maintenance, federal taxes, or certain federal debts.</w:t>
      </w:r>
    </w:p>
    <w:p w14:paraId="441055A2" w14:textId="291365F8" w:rsidR="0070644E" w:rsidRDefault="00EC6764">
      <w:pPr>
        <w:pStyle w:val="ListBullet"/>
        <w:numPr>
          <w:ilvl w:val="0"/>
          <w:numId w:val="7"/>
        </w:numPr>
        <w:spacing w:after="0" w:line="240" w:lineRule="auto"/>
        <w:rPr>
          <w:rFonts w:ascii="Aptos Display" w:hAnsi="Aptos Display"/>
        </w:rPr>
      </w:pPr>
      <w:r>
        <w:rPr>
          <w:rFonts w:ascii="Aptos Display" w:hAnsi="Aptos Display"/>
        </w:rPr>
        <w:t xml:space="preserve">Texas </w:t>
      </w:r>
      <w:r w:rsidRPr="003A124E">
        <w:rPr>
          <w:rFonts w:ascii="Aptos Display" w:hAnsi="Aptos Display"/>
        </w:rPr>
        <w:t>National Night Out sponsorship letter updated</w:t>
      </w:r>
      <w:r w:rsidR="003A124E">
        <w:rPr>
          <w:rFonts w:ascii="Aptos Display" w:hAnsi="Aptos Display"/>
        </w:rPr>
        <w:t xml:space="preserve"> for 2026</w:t>
      </w:r>
      <w:r>
        <w:rPr>
          <w:rFonts w:ascii="Aptos Display" w:hAnsi="Aptos Display"/>
        </w:rPr>
        <w:t xml:space="preserve"> -</w:t>
      </w:r>
      <w:r w:rsidRPr="00EC6764">
        <w:t xml:space="preserve"> </w:t>
      </w:r>
      <w:r w:rsidRPr="00EC6764">
        <w:rPr>
          <w:rFonts w:ascii="Aptos Display" w:hAnsi="Aptos Display"/>
        </w:rPr>
        <w:t>Tuesday, October 6, 2026</w:t>
      </w:r>
    </w:p>
    <w:p w14:paraId="4306973C" w14:textId="48BE4FCB" w:rsidR="001A445D" w:rsidRPr="0070644E" w:rsidRDefault="001A445D">
      <w:pPr>
        <w:pStyle w:val="ListBullet"/>
        <w:numPr>
          <w:ilvl w:val="1"/>
          <w:numId w:val="7"/>
        </w:numPr>
        <w:spacing w:after="0" w:line="240" w:lineRule="auto"/>
        <w:rPr>
          <w:rFonts w:ascii="Aptos Display" w:hAnsi="Aptos Display"/>
        </w:rPr>
      </w:pPr>
      <w:r>
        <w:rPr>
          <w:rFonts w:ascii="Aptos Display" w:hAnsi="Aptos Display"/>
        </w:rPr>
        <w:t>Anyone who would like to donate or get donations, please let us know.</w:t>
      </w:r>
    </w:p>
    <w:p w14:paraId="75420DF0" w14:textId="77777777" w:rsidR="00AC3B86" w:rsidRDefault="00F82AB4">
      <w:pPr>
        <w:spacing w:before="100" w:after="0" w:line="240" w:lineRule="auto"/>
        <w:rPr>
          <w:rFonts w:ascii="Aptos Display" w:hAnsi="Aptos Display"/>
        </w:rPr>
      </w:pPr>
      <w:r w:rsidRPr="003A124E">
        <w:rPr>
          <w:rFonts w:ascii="Aptos Display" w:hAnsi="Aptos Display"/>
        </w:rPr>
        <w:t>V. President Report - Rob Norman</w:t>
      </w:r>
    </w:p>
    <w:p w14:paraId="75F204A2" w14:textId="77777777" w:rsidR="0045721F" w:rsidRPr="0045721F" w:rsidRDefault="0045721F">
      <w:pPr>
        <w:pStyle w:val="ListBullet"/>
        <w:numPr>
          <w:ilvl w:val="0"/>
          <w:numId w:val="18"/>
        </w:numPr>
        <w:spacing w:after="0" w:line="240" w:lineRule="auto"/>
        <w:rPr>
          <w:rFonts w:ascii="Aptos Display" w:hAnsi="Aptos Display"/>
        </w:rPr>
      </w:pPr>
      <w:r w:rsidRPr="0045721F">
        <w:rPr>
          <w:rFonts w:ascii="Aptos Display" w:hAnsi="Aptos Display"/>
        </w:rPr>
        <w:t>Pool</w:t>
      </w:r>
    </w:p>
    <w:p w14:paraId="72C04C51" w14:textId="77777777" w:rsidR="001A445D" w:rsidRDefault="0045721F">
      <w:pPr>
        <w:numPr>
          <w:ilvl w:val="0"/>
          <w:numId w:val="15"/>
        </w:numPr>
        <w:tabs>
          <w:tab w:val="clear" w:pos="720"/>
          <w:tab w:val="num" w:pos="1080"/>
        </w:tabs>
        <w:spacing w:after="0" w:line="259" w:lineRule="auto"/>
        <w:ind w:left="1080"/>
        <w:rPr>
          <w:rFonts w:ascii="Aptos Display" w:hAnsi="Aptos Display"/>
        </w:rPr>
      </w:pPr>
      <w:r w:rsidRPr="00DC2C07">
        <w:rPr>
          <w:rFonts w:ascii="Aptos Display" w:hAnsi="Aptos Display"/>
        </w:rPr>
        <w:t>Pool opening/status update</w:t>
      </w:r>
    </w:p>
    <w:p w14:paraId="5F5F100C" w14:textId="3A02DDCD" w:rsidR="001A445D" w:rsidRDefault="001A445D">
      <w:pPr>
        <w:numPr>
          <w:ilvl w:val="1"/>
          <w:numId w:val="15"/>
        </w:numPr>
        <w:tabs>
          <w:tab w:val="num" w:pos="1080"/>
        </w:tabs>
        <w:spacing w:after="0" w:line="259" w:lineRule="auto"/>
        <w:rPr>
          <w:rFonts w:ascii="Aptos Display" w:hAnsi="Aptos Display"/>
        </w:rPr>
      </w:pPr>
      <w:r>
        <w:rPr>
          <w:rFonts w:ascii="Aptos Display" w:hAnsi="Aptos Display"/>
        </w:rPr>
        <w:t xml:space="preserve">Check into </w:t>
      </w:r>
      <w:proofErr w:type="gramStart"/>
      <w:r>
        <w:rPr>
          <w:rFonts w:ascii="Aptos Display" w:hAnsi="Aptos Display"/>
        </w:rPr>
        <w:t>salt water</w:t>
      </w:r>
      <w:proofErr w:type="gramEnd"/>
      <w:r>
        <w:rPr>
          <w:rFonts w:ascii="Aptos Display" w:hAnsi="Aptos Display"/>
        </w:rPr>
        <w:t xml:space="preserve"> option</w:t>
      </w:r>
    </w:p>
    <w:p w14:paraId="7B43FD49" w14:textId="1C322DE9" w:rsidR="001A445D" w:rsidRPr="001A445D" w:rsidRDefault="001A445D">
      <w:pPr>
        <w:numPr>
          <w:ilvl w:val="1"/>
          <w:numId w:val="15"/>
        </w:numPr>
        <w:tabs>
          <w:tab w:val="num" w:pos="1080"/>
        </w:tabs>
        <w:spacing w:after="0" w:line="259" w:lineRule="auto"/>
        <w:rPr>
          <w:rFonts w:ascii="Aptos Display" w:hAnsi="Aptos Display"/>
        </w:rPr>
      </w:pPr>
      <w:r>
        <w:rPr>
          <w:rFonts w:ascii="Aptos Display" w:hAnsi="Aptos Display"/>
        </w:rPr>
        <w:t>Hilda:  The pool costs are eventually going to drain POA funds if dues are not increased.</w:t>
      </w:r>
    </w:p>
    <w:p w14:paraId="44EEB051" w14:textId="54A4ED84" w:rsidR="0045721F" w:rsidRPr="00DC2C07" w:rsidRDefault="0045721F">
      <w:pPr>
        <w:numPr>
          <w:ilvl w:val="0"/>
          <w:numId w:val="15"/>
        </w:numPr>
        <w:tabs>
          <w:tab w:val="clear" w:pos="720"/>
          <w:tab w:val="num" w:pos="1080"/>
        </w:tabs>
        <w:spacing w:after="0" w:line="259" w:lineRule="auto"/>
        <w:ind w:left="1080"/>
        <w:rPr>
          <w:rFonts w:ascii="Aptos Display" w:hAnsi="Aptos Display"/>
        </w:rPr>
      </w:pPr>
      <w:r w:rsidRPr="00DC2C07">
        <w:rPr>
          <w:rFonts w:ascii="Aptos Display" w:hAnsi="Aptos Display"/>
        </w:rPr>
        <w:t xml:space="preserve">FOB access update: </w:t>
      </w:r>
      <w:r w:rsidR="00A07BDE">
        <w:rPr>
          <w:rFonts w:ascii="Aptos Display" w:hAnsi="Aptos Display"/>
        </w:rPr>
        <w:t>O</w:t>
      </w:r>
      <w:r w:rsidRPr="00DC2C07">
        <w:rPr>
          <w:rFonts w:ascii="Aptos Display" w:hAnsi="Aptos Display"/>
        </w:rPr>
        <w:t xml:space="preserve">wners must be current on dues for FOB access </w:t>
      </w:r>
    </w:p>
    <w:p w14:paraId="13EEF2E3" w14:textId="77777777" w:rsidR="0045721F" w:rsidRDefault="0045721F">
      <w:pPr>
        <w:numPr>
          <w:ilvl w:val="0"/>
          <w:numId w:val="15"/>
        </w:numPr>
        <w:tabs>
          <w:tab w:val="clear" w:pos="720"/>
          <w:tab w:val="num" w:pos="1080"/>
        </w:tabs>
        <w:spacing w:after="0" w:line="259" w:lineRule="auto"/>
        <w:ind w:left="1080"/>
        <w:rPr>
          <w:rFonts w:ascii="Aptos Display" w:hAnsi="Aptos Display"/>
        </w:rPr>
      </w:pPr>
      <w:r w:rsidRPr="00DC2C07">
        <w:rPr>
          <w:rFonts w:ascii="Aptos Display" w:hAnsi="Aptos Display"/>
        </w:rPr>
        <w:t>Reminder: No unsupervised children allowed</w:t>
      </w:r>
    </w:p>
    <w:p w14:paraId="3F286D55" w14:textId="25B11C3E" w:rsidR="00EC6764" w:rsidRDefault="00EC6764">
      <w:pPr>
        <w:numPr>
          <w:ilvl w:val="0"/>
          <w:numId w:val="15"/>
        </w:numPr>
        <w:tabs>
          <w:tab w:val="clear" w:pos="720"/>
          <w:tab w:val="num" w:pos="1080"/>
        </w:tabs>
        <w:spacing w:after="0" w:line="259" w:lineRule="auto"/>
        <w:ind w:left="1080"/>
        <w:rPr>
          <w:rFonts w:ascii="Aptos Display" w:hAnsi="Aptos Display"/>
        </w:rPr>
      </w:pPr>
      <w:r>
        <w:rPr>
          <w:rFonts w:ascii="Aptos Display" w:hAnsi="Aptos Display"/>
        </w:rPr>
        <w:t>Pool liner warranty: Photos of liner pulling away on the deep end have been reported</w:t>
      </w:r>
      <w:r w:rsidR="007F6E5E">
        <w:rPr>
          <w:rFonts w:ascii="Aptos Display" w:hAnsi="Aptos Display"/>
        </w:rPr>
        <w:t xml:space="preserve"> – fixed </w:t>
      </w:r>
    </w:p>
    <w:p w14:paraId="78F0F4B0" w14:textId="4FD18149" w:rsidR="007F6E5E" w:rsidRDefault="007F6E5E">
      <w:pPr>
        <w:numPr>
          <w:ilvl w:val="0"/>
          <w:numId w:val="15"/>
        </w:numPr>
        <w:tabs>
          <w:tab w:val="clear" w:pos="720"/>
          <w:tab w:val="num" w:pos="1080"/>
        </w:tabs>
        <w:spacing w:after="0" w:line="259" w:lineRule="auto"/>
        <w:ind w:left="1080"/>
        <w:rPr>
          <w:rFonts w:ascii="Aptos Display" w:hAnsi="Aptos Display"/>
        </w:rPr>
      </w:pPr>
      <w:r>
        <w:rPr>
          <w:rFonts w:ascii="Aptos Display" w:hAnsi="Aptos Display"/>
        </w:rPr>
        <w:t>Pool filter media replacement</w:t>
      </w:r>
    </w:p>
    <w:p w14:paraId="1472E3B2" w14:textId="37900778" w:rsidR="007F6E5E" w:rsidRPr="00DC2C07" w:rsidRDefault="007F6E5E">
      <w:pPr>
        <w:numPr>
          <w:ilvl w:val="1"/>
          <w:numId w:val="26"/>
        </w:numPr>
        <w:tabs>
          <w:tab w:val="num" w:pos="1080"/>
        </w:tabs>
        <w:spacing w:after="0" w:line="259" w:lineRule="auto"/>
        <w:rPr>
          <w:rFonts w:ascii="Aptos Display" w:hAnsi="Aptos Display"/>
        </w:rPr>
      </w:pPr>
      <w:r>
        <w:rPr>
          <w:rFonts w:ascii="Aptos Display" w:hAnsi="Aptos Display"/>
        </w:rPr>
        <w:t>Unforeseen need for replacement of broken base</w:t>
      </w:r>
    </w:p>
    <w:p w14:paraId="09F51111" w14:textId="77777777" w:rsidR="0045721F" w:rsidRPr="00DC2C07" w:rsidRDefault="0045721F">
      <w:pPr>
        <w:numPr>
          <w:ilvl w:val="0"/>
          <w:numId w:val="15"/>
        </w:numPr>
        <w:tabs>
          <w:tab w:val="clear" w:pos="720"/>
          <w:tab w:val="num" w:pos="1080"/>
        </w:tabs>
        <w:spacing w:after="0" w:line="259" w:lineRule="auto"/>
        <w:ind w:left="1080"/>
        <w:rPr>
          <w:rFonts w:ascii="Aptos Display" w:hAnsi="Aptos Display"/>
        </w:rPr>
      </w:pPr>
      <w:r w:rsidRPr="00DC2C07">
        <w:rPr>
          <w:rFonts w:ascii="Aptos Display" w:hAnsi="Aptos Display"/>
        </w:rPr>
        <w:t xml:space="preserve">Pool maintenance contract/status update </w:t>
      </w:r>
    </w:p>
    <w:p w14:paraId="5F1620F5" w14:textId="77777777" w:rsidR="007F6E5E" w:rsidRDefault="0045721F">
      <w:pPr>
        <w:numPr>
          <w:ilvl w:val="0"/>
          <w:numId w:val="15"/>
        </w:numPr>
        <w:tabs>
          <w:tab w:val="clear" w:pos="720"/>
          <w:tab w:val="num" w:pos="1080"/>
        </w:tabs>
        <w:spacing w:after="0" w:line="259" w:lineRule="auto"/>
        <w:ind w:left="1080"/>
        <w:rPr>
          <w:rFonts w:ascii="Aptos Display" w:hAnsi="Aptos Display"/>
        </w:rPr>
      </w:pPr>
      <w:r w:rsidRPr="00DC2C07">
        <w:rPr>
          <w:rFonts w:ascii="Aptos Display" w:hAnsi="Aptos Display"/>
        </w:rPr>
        <w:t>Volunteer needs for</w:t>
      </w:r>
      <w:r w:rsidR="007F6E5E">
        <w:rPr>
          <w:rFonts w:ascii="Aptos Display" w:hAnsi="Aptos Display"/>
        </w:rPr>
        <w:t xml:space="preserve"> </w:t>
      </w:r>
      <w:r w:rsidRPr="00DC2C07">
        <w:rPr>
          <w:rFonts w:ascii="Aptos Display" w:hAnsi="Aptos Display"/>
        </w:rPr>
        <w:t xml:space="preserve">bathrooms, skimming, trash, and routine pool-area tasks </w:t>
      </w:r>
    </w:p>
    <w:p w14:paraId="199C7D23" w14:textId="21D1513C" w:rsidR="0045721F" w:rsidRPr="007F6E5E" w:rsidRDefault="007F6E5E">
      <w:pPr>
        <w:numPr>
          <w:ilvl w:val="0"/>
          <w:numId w:val="15"/>
        </w:numPr>
        <w:tabs>
          <w:tab w:val="clear" w:pos="720"/>
          <w:tab w:val="num" w:pos="1080"/>
        </w:tabs>
        <w:spacing w:after="0" w:line="259" w:lineRule="auto"/>
        <w:ind w:left="1080"/>
        <w:rPr>
          <w:rFonts w:ascii="Aptos Display" w:hAnsi="Aptos Display"/>
        </w:rPr>
      </w:pPr>
      <w:r w:rsidRPr="00DC2C07">
        <w:rPr>
          <w:rFonts w:ascii="Aptos Display" w:hAnsi="Aptos Display"/>
        </w:rPr>
        <w:t xml:space="preserve">Upgrading/replacing the current FOB access system </w:t>
      </w:r>
    </w:p>
    <w:p w14:paraId="237977E4" w14:textId="77777777" w:rsidR="0045721F" w:rsidRPr="00DC2C07" w:rsidRDefault="0045721F">
      <w:pPr>
        <w:pStyle w:val="ListBullet"/>
        <w:numPr>
          <w:ilvl w:val="0"/>
          <w:numId w:val="18"/>
        </w:numPr>
        <w:spacing w:after="0" w:line="240" w:lineRule="auto"/>
        <w:rPr>
          <w:rFonts w:ascii="Aptos Display" w:hAnsi="Aptos Display"/>
        </w:rPr>
      </w:pPr>
      <w:r w:rsidRPr="00DC2C07">
        <w:rPr>
          <w:rFonts w:ascii="Aptos Display" w:hAnsi="Aptos Display"/>
        </w:rPr>
        <w:lastRenderedPageBreak/>
        <w:t xml:space="preserve">Aerobic Septic replacements complete – new aerator, air tubing, and aerator diffuser bar </w:t>
      </w:r>
    </w:p>
    <w:p w14:paraId="05F926F2" w14:textId="77777777" w:rsidR="0045721F" w:rsidRPr="00DC2C07" w:rsidRDefault="0045721F">
      <w:pPr>
        <w:pStyle w:val="ListBullet"/>
        <w:numPr>
          <w:ilvl w:val="0"/>
          <w:numId w:val="18"/>
        </w:numPr>
        <w:spacing w:after="0" w:line="240" w:lineRule="auto"/>
        <w:rPr>
          <w:rFonts w:ascii="Aptos Display" w:hAnsi="Aptos Display"/>
        </w:rPr>
      </w:pPr>
      <w:r w:rsidRPr="00DC2C07">
        <w:rPr>
          <w:rFonts w:ascii="Aptos Display" w:hAnsi="Aptos Display"/>
        </w:rPr>
        <w:t>Clubhouse</w:t>
      </w:r>
    </w:p>
    <w:p w14:paraId="4257BF78" w14:textId="77777777" w:rsidR="0045721F" w:rsidRPr="00DC2C07" w:rsidRDefault="0045721F">
      <w:pPr>
        <w:numPr>
          <w:ilvl w:val="0"/>
          <w:numId w:val="16"/>
        </w:numPr>
        <w:tabs>
          <w:tab w:val="clear" w:pos="720"/>
          <w:tab w:val="num" w:pos="1080"/>
        </w:tabs>
        <w:spacing w:after="0" w:line="259" w:lineRule="auto"/>
        <w:ind w:left="1080"/>
        <w:rPr>
          <w:rFonts w:ascii="Aptos Display" w:hAnsi="Aptos Display"/>
        </w:rPr>
      </w:pPr>
      <w:r w:rsidRPr="00DC2C07">
        <w:rPr>
          <w:rFonts w:ascii="Aptos Display" w:hAnsi="Aptos Display"/>
        </w:rPr>
        <w:t xml:space="preserve">Parking lot entrance </w:t>
      </w:r>
    </w:p>
    <w:p w14:paraId="3B594938" w14:textId="64AAA4AF" w:rsidR="0045721F" w:rsidRPr="00875F02" w:rsidRDefault="001A445D">
      <w:pPr>
        <w:numPr>
          <w:ilvl w:val="1"/>
          <w:numId w:val="27"/>
        </w:numPr>
        <w:spacing w:after="0" w:line="259" w:lineRule="auto"/>
        <w:rPr>
          <w:rFonts w:ascii="Aptos Display" w:hAnsi="Aptos Display"/>
        </w:rPr>
      </w:pPr>
      <w:r w:rsidRPr="00875F02">
        <w:rPr>
          <w:rFonts w:ascii="Aptos Display" w:hAnsi="Aptos Display"/>
        </w:rPr>
        <w:t xml:space="preserve">A circular </w:t>
      </w:r>
      <w:r w:rsidR="0017749C" w:rsidRPr="00875F02">
        <w:rPr>
          <w:rFonts w:ascii="Aptos Display" w:hAnsi="Aptos Display"/>
        </w:rPr>
        <w:t xml:space="preserve">traffic </w:t>
      </w:r>
      <w:r w:rsidRPr="00875F02">
        <w:rPr>
          <w:rFonts w:ascii="Aptos Display" w:hAnsi="Aptos Display"/>
        </w:rPr>
        <w:t xml:space="preserve">mirror </w:t>
      </w:r>
      <w:r w:rsidR="00875F02" w:rsidRPr="00875F02">
        <w:rPr>
          <w:rFonts w:ascii="Aptos Display" w:hAnsi="Aptos Display"/>
        </w:rPr>
        <w:t>was</w:t>
      </w:r>
      <w:r w:rsidRPr="00875F02">
        <w:rPr>
          <w:rFonts w:ascii="Aptos Display" w:hAnsi="Aptos Display"/>
        </w:rPr>
        <w:t xml:space="preserve"> installed</w:t>
      </w:r>
      <w:r w:rsidR="0017749C" w:rsidRPr="00875F02">
        <w:rPr>
          <w:rFonts w:ascii="Aptos Display" w:hAnsi="Aptos Display"/>
        </w:rPr>
        <w:t>.</w:t>
      </w:r>
    </w:p>
    <w:p w14:paraId="33EBFDE5" w14:textId="0D932596" w:rsidR="0017749C" w:rsidRPr="00875F02" w:rsidRDefault="0017749C">
      <w:pPr>
        <w:numPr>
          <w:ilvl w:val="1"/>
          <w:numId w:val="17"/>
        </w:numPr>
        <w:spacing w:after="0" w:line="259" w:lineRule="auto"/>
        <w:rPr>
          <w:rFonts w:ascii="Aptos Display" w:hAnsi="Aptos Display"/>
        </w:rPr>
      </w:pPr>
      <w:r w:rsidRPr="00875F02">
        <w:rPr>
          <w:rFonts w:ascii="Aptos Display" w:hAnsi="Aptos Display"/>
        </w:rPr>
        <w:t>Where the driveway sits on the easement, the county must be involved, the projected cost of widening would be in the thousands</w:t>
      </w:r>
    </w:p>
    <w:p w14:paraId="6B5AAF06" w14:textId="77777777" w:rsidR="0045721F" w:rsidRPr="00875F02" w:rsidRDefault="0045721F">
      <w:pPr>
        <w:numPr>
          <w:ilvl w:val="0"/>
          <w:numId w:val="16"/>
        </w:numPr>
        <w:tabs>
          <w:tab w:val="clear" w:pos="720"/>
          <w:tab w:val="num" w:pos="1080"/>
        </w:tabs>
        <w:spacing w:after="0" w:line="259" w:lineRule="auto"/>
        <w:ind w:left="1080"/>
        <w:rPr>
          <w:rFonts w:ascii="Aptos Display" w:hAnsi="Aptos Display"/>
        </w:rPr>
      </w:pPr>
      <w:r w:rsidRPr="00875F02">
        <w:rPr>
          <w:rFonts w:ascii="Aptos Display" w:hAnsi="Aptos Display"/>
        </w:rPr>
        <w:t xml:space="preserve">Electrical work quotes  </w:t>
      </w:r>
    </w:p>
    <w:p w14:paraId="16B6D3CD" w14:textId="6BD6470A" w:rsidR="0017749C" w:rsidRPr="00875F02" w:rsidRDefault="0017749C">
      <w:pPr>
        <w:numPr>
          <w:ilvl w:val="1"/>
          <w:numId w:val="28"/>
        </w:numPr>
        <w:tabs>
          <w:tab w:val="num" w:pos="1080"/>
        </w:tabs>
        <w:spacing w:after="0" w:line="259" w:lineRule="auto"/>
        <w:rPr>
          <w:rFonts w:ascii="Aptos Display" w:hAnsi="Aptos Display"/>
        </w:rPr>
      </w:pPr>
      <w:r w:rsidRPr="00875F02">
        <w:rPr>
          <w:rFonts w:ascii="Aptos Display" w:hAnsi="Aptos Display"/>
        </w:rPr>
        <w:t>Electrical companies charge $100 per quote, and getting three for $300 is not feasible.  A community member, an electrician, will be doing the work for us.</w:t>
      </w:r>
    </w:p>
    <w:p w14:paraId="10F9768A" w14:textId="77777777" w:rsidR="0045721F" w:rsidRDefault="0045721F">
      <w:pPr>
        <w:pStyle w:val="ListBullet"/>
        <w:numPr>
          <w:ilvl w:val="0"/>
          <w:numId w:val="18"/>
        </w:numPr>
        <w:spacing w:after="0" w:line="240" w:lineRule="auto"/>
        <w:rPr>
          <w:rFonts w:ascii="Aptos Display" w:hAnsi="Aptos Display"/>
        </w:rPr>
      </w:pPr>
      <w:r w:rsidRPr="00DC2C07">
        <w:rPr>
          <w:rFonts w:ascii="Aptos Display" w:hAnsi="Aptos Display"/>
        </w:rPr>
        <w:t>Neighborhood Trash Day</w:t>
      </w:r>
    </w:p>
    <w:p w14:paraId="1064EF1F" w14:textId="7C477747" w:rsidR="0017749C" w:rsidRDefault="0017749C">
      <w:pPr>
        <w:pStyle w:val="ListBullet"/>
        <w:numPr>
          <w:ilvl w:val="1"/>
          <w:numId w:val="18"/>
        </w:numPr>
        <w:spacing w:after="0" w:line="240" w:lineRule="auto"/>
        <w:rPr>
          <w:rFonts w:ascii="Aptos Display" w:hAnsi="Aptos Display"/>
        </w:rPr>
      </w:pPr>
      <w:r>
        <w:rPr>
          <w:rFonts w:ascii="Aptos Display" w:hAnsi="Aptos Display"/>
        </w:rPr>
        <w:t>Quotes received from several companies: (Rob donating signs)</w:t>
      </w:r>
    </w:p>
    <w:p w14:paraId="493E5979" w14:textId="77777777" w:rsidR="0017749C" w:rsidRDefault="0017749C">
      <w:pPr>
        <w:pStyle w:val="ListBullet"/>
        <w:numPr>
          <w:ilvl w:val="2"/>
          <w:numId w:val="25"/>
        </w:numPr>
        <w:spacing w:after="0" w:line="240" w:lineRule="auto"/>
        <w:rPr>
          <w:rFonts w:ascii="Aptos Display" w:hAnsi="Aptos Display"/>
        </w:rPr>
      </w:pPr>
      <w:r>
        <w:rPr>
          <w:rFonts w:ascii="Aptos Display" w:hAnsi="Aptos Display"/>
        </w:rPr>
        <w:t xml:space="preserve">JTE $350 for 20yd dumpster </w:t>
      </w:r>
    </w:p>
    <w:p w14:paraId="025A7EB1" w14:textId="38D11C7A" w:rsidR="0017749C" w:rsidRPr="00DC2C07" w:rsidRDefault="0017749C">
      <w:pPr>
        <w:pStyle w:val="ListBullet"/>
        <w:numPr>
          <w:ilvl w:val="2"/>
          <w:numId w:val="25"/>
        </w:numPr>
        <w:spacing w:after="0" w:line="240" w:lineRule="auto"/>
        <w:rPr>
          <w:rFonts w:ascii="Aptos Display" w:hAnsi="Aptos Display"/>
        </w:rPr>
      </w:pPr>
      <w:r>
        <w:rPr>
          <w:rFonts w:ascii="Aptos Display" w:hAnsi="Aptos Display"/>
        </w:rPr>
        <w:t>Hill Country Waste $430 for 30yd dumpster</w:t>
      </w:r>
    </w:p>
    <w:p w14:paraId="14615B23" w14:textId="468E05DC" w:rsidR="0045721F" w:rsidRDefault="0045721F">
      <w:pPr>
        <w:pStyle w:val="ListBullet"/>
        <w:numPr>
          <w:ilvl w:val="0"/>
          <w:numId w:val="18"/>
        </w:numPr>
        <w:spacing w:after="0" w:line="240" w:lineRule="auto"/>
        <w:rPr>
          <w:rFonts w:ascii="Aptos Display" w:hAnsi="Aptos Display"/>
        </w:rPr>
      </w:pPr>
      <w:r w:rsidRPr="00DC2C07">
        <w:rPr>
          <w:rFonts w:ascii="Aptos Display" w:hAnsi="Aptos Display"/>
        </w:rPr>
        <w:t>County-Filed Documents – (3)</w:t>
      </w:r>
      <w:r w:rsidR="0045470C">
        <w:rPr>
          <w:rFonts w:ascii="Aptos Display" w:hAnsi="Aptos Display"/>
        </w:rPr>
        <w:t xml:space="preserve"> more</w:t>
      </w:r>
      <w:r w:rsidRPr="00DC2C07">
        <w:rPr>
          <w:rFonts w:ascii="Aptos Display" w:hAnsi="Aptos Display"/>
        </w:rPr>
        <w:t xml:space="preserve"> documents have been filed with county </w:t>
      </w:r>
      <w:r w:rsidR="00DC2C07">
        <w:rPr>
          <w:rFonts w:ascii="Aptos Display" w:hAnsi="Aptos Display"/>
        </w:rPr>
        <w:t xml:space="preserve"> </w:t>
      </w:r>
    </w:p>
    <w:p w14:paraId="2E4121B3" w14:textId="77777777" w:rsidR="00304B81" w:rsidRPr="00F12B33" w:rsidRDefault="00304B81">
      <w:pPr>
        <w:pStyle w:val="ListBullet"/>
        <w:numPr>
          <w:ilvl w:val="0"/>
          <w:numId w:val="18"/>
        </w:numPr>
        <w:spacing w:after="0" w:line="240" w:lineRule="auto"/>
        <w:rPr>
          <w:rFonts w:ascii="Aptos Display" w:hAnsi="Aptos Display"/>
        </w:rPr>
      </w:pPr>
      <w:r w:rsidRPr="00F12B33">
        <w:rPr>
          <w:rFonts w:ascii="Aptos Display" w:hAnsi="Aptos Display"/>
        </w:rPr>
        <w:t>Bank Account Authorization and Address Update</w:t>
      </w:r>
    </w:p>
    <w:p w14:paraId="17BBA090" w14:textId="77777777" w:rsidR="00304B81" w:rsidRPr="00F12B33" w:rsidRDefault="00304B81">
      <w:pPr>
        <w:pStyle w:val="ListBullet"/>
        <w:numPr>
          <w:ilvl w:val="1"/>
          <w:numId w:val="23"/>
        </w:numPr>
        <w:spacing w:after="0" w:line="240" w:lineRule="auto"/>
        <w:rPr>
          <w:rFonts w:ascii="Aptos Display" w:hAnsi="Aptos Display"/>
        </w:rPr>
      </w:pPr>
      <w:r w:rsidRPr="00F12B33">
        <w:rPr>
          <w:rFonts w:ascii="Aptos Display" w:hAnsi="Aptos Display"/>
        </w:rPr>
        <w:t>Discussion and action regarding Wells Fargo bank account records for Deer Meadows Property Owners Association, including:</w:t>
      </w:r>
    </w:p>
    <w:p w14:paraId="0A98EC80" w14:textId="20FC26E9" w:rsidR="00304B81" w:rsidRPr="00F12B33" w:rsidRDefault="00304B81">
      <w:pPr>
        <w:pStyle w:val="ListBullet"/>
        <w:numPr>
          <w:ilvl w:val="2"/>
          <w:numId w:val="23"/>
        </w:numPr>
        <w:spacing w:after="0" w:line="240" w:lineRule="auto"/>
        <w:rPr>
          <w:rFonts w:ascii="Aptos Display" w:hAnsi="Aptos Display"/>
        </w:rPr>
      </w:pPr>
      <w:r w:rsidRPr="00F12B33">
        <w:rPr>
          <w:rFonts w:ascii="Aptos Display" w:hAnsi="Aptos Display"/>
        </w:rPr>
        <w:t xml:space="preserve">Correction of the Association address from 300 Deer Meadows Drive, Canyon Lake, TX 78133 to </w:t>
      </w:r>
      <w:r w:rsidRPr="00F12B33">
        <w:rPr>
          <w:rFonts w:ascii="Aptos Display" w:hAnsi="Aptos Display"/>
          <w:b/>
          <w:bCs/>
        </w:rPr>
        <w:t>389 Buck Run Pass, Canyon Lake, TX 78133.</w:t>
      </w:r>
    </w:p>
    <w:p w14:paraId="59D2B7A0" w14:textId="6007EEF7" w:rsidR="00F12B33" w:rsidRPr="00875F02" w:rsidRDefault="00F12B33">
      <w:pPr>
        <w:pStyle w:val="ListBullet"/>
        <w:numPr>
          <w:ilvl w:val="4"/>
          <w:numId w:val="30"/>
        </w:numPr>
        <w:spacing w:after="0" w:line="240" w:lineRule="auto"/>
        <w:ind w:left="2970"/>
        <w:rPr>
          <w:rFonts w:ascii="Aptos Display" w:hAnsi="Aptos Display"/>
        </w:rPr>
      </w:pPr>
      <w:r w:rsidRPr="00875F02">
        <w:rPr>
          <w:rFonts w:ascii="Aptos Display" w:hAnsi="Aptos Display"/>
        </w:rPr>
        <w:t>Motion Susan</w:t>
      </w:r>
      <w:r w:rsidR="00463D5E" w:rsidRPr="00875F02">
        <w:rPr>
          <w:rFonts w:ascii="Aptos Display" w:hAnsi="Aptos Display"/>
        </w:rPr>
        <w:t xml:space="preserve"> Gardner</w:t>
      </w:r>
      <w:r w:rsidRPr="00875F02">
        <w:rPr>
          <w:rFonts w:ascii="Aptos Display" w:hAnsi="Aptos Display"/>
        </w:rPr>
        <w:t>, seconded</w:t>
      </w:r>
      <w:r w:rsidR="00463D5E" w:rsidRPr="00875F02">
        <w:rPr>
          <w:rFonts w:ascii="Aptos Display" w:hAnsi="Aptos Display"/>
        </w:rPr>
        <w:t xml:space="preserve"> Joseph</w:t>
      </w:r>
      <w:r w:rsidRPr="00875F02">
        <w:rPr>
          <w:rFonts w:ascii="Aptos Display" w:hAnsi="Aptos Display"/>
        </w:rPr>
        <w:t xml:space="preserve"> Snyder, motion approved</w:t>
      </w:r>
    </w:p>
    <w:p w14:paraId="534EF374" w14:textId="77777777" w:rsidR="00F12B33" w:rsidRPr="00875F02" w:rsidRDefault="00304B81">
      <w:pPr>
        <w:pStyle w:val="ListBullet"/>
        <w:numPr>
          <w:ilvl w:val="2"/>
          <w:numId w:val="23"/>
        </w:numPr>
        <w:spacing w:after="0" w:line="240" w:lineRule="auto"/>
        <w:rPr>
          <w:rFonts w:ascii="Aptos Display" w:hAnsi="Aptos Display"/>
        </w:rPr>
      </w:pPr>
      <w:r w:rsidRPr="00875F02">
        <w:rPr>
          <w:rFonts w:ascii="Aptos Display" w:hAnsi="Aptos Display"/>
        </w:rPr>
        <w:t xml:space="preserve">Removal of former authorized representatives Michael J. Schuller and Ray C. Williams, and approval to add </w:t>
      </w:r>
      <w:r w:rsidRPr="00875F02">
        <w:rPr>
          <w:rFonts w:ascii="Aptos Display" w:hAnsi="Aptos Display"/>
          <w:b/>
          <w:bCs/>
        </w:rPr>
        <w:t>Alisha Stanley</w:t>
      </w:r>
      <w:r w:rsidRPr="00875F02">
        <w:rPr>
          <w:rFonts w:ascii="Aptos Display" w:hAnsi="Aptos Display"/>
        </w:rPr>
        <w:t xml:space="preserve"> and </w:t>
      </w:r>
      <w:r w:rsidRPr="00875F02">
        <w:rPr>
          <w:rFonts w:ascii="Aptos Display" w:hAnsi="Aptos Display"/>
          <w:b/>
          <w:bCs/>
        </w:rPr>
        <w:t>Rob Norman</w:t>
      </w:r>
      <w:r w:rsidRPr="00875F02">
        <w:rPr>
          <w:rFonts w:ascii="Aptos Display" w:hAnsi="Aptos Display"/>
        </w:rPr>
        <w:t xml:space="preserve"> as authorized representatives/officers </w:t>
      </w:r>
    </w:p>
    <w:p w14:paraId="1E62391B" w14:textId="2EA88558" w:rsidR="00F12B33" w:rsidRPr="00875F02" w:rsidRDefault="00F12B33">
      <w:pPr>
        <w:pStyle w:val="ListBullet"/>
        <w:numPr>
          <w:ilvl w:val="4"/>
          <w:numId w:val="30"/>
        </w:numPr>
        <w:spacing w:after="0" w:line="240" w:lineRule="auto"/>
        <w:ind w:left="2970"/>
        <w:rPr>
          <w:rFonts w:ascii="Aptos Display" w:hAnsi="Aptos Display"/>
        </w:rPr>
      </w:pPr>
      <w:r w:rsidRPr="00875F02">
        <w:rPr>
          <w:rFonts w:ascii="Aptos Display" w:hAnsi="Aptos Display"/>
        </w:rPr>
        <w:t>Motion Robert</w:t>
      </w:r>
      <w:r w:rsidR="00463D5E" w:rsidRPr="00875F02">
        <w:rPr>
          <w:rFonts w:ascii="Aptos Display" w:hAnsi="Aptos Display"/>
        </w:rPr>
        <w:t xml:space="preserve"> Hicks</w:t>
      </w:r>
      <w:r w:rsidRPr="00875F02">
        <w:rPr>
          <w:rFonts w:ascii="Aptos Display" w:hAnsi="Aptos Display"/>
        </w:rPr>
        <w:t>, seconded Shannon</w:t>
      </w:r>
      <w:r w:rsidR="00463D5E" w:rsidRPr="00875F02">
        <w:rPr>
          <w:rFonts w:ascii="Aptos Display" w:hAnsi="Aptos Display"/>
        </w:rPr>
        <w:t xml:space="preserve"> Rosenberg</w:t>
      </w:r>
      <w:r w:rsidRPr="00875F02">
        <w:rPr>
          <w:rFonts w:ascii="Aptos Display" w:hAnsi="Aptos Display"/>
        </w:rPr>
        <w:t>, approved</w:t>
      </w:r>
    </w:p>
    <w:p w14:paraId="33628DC8" w14:textId="6E53C2BA" w:rsidR="00304B81" w:rsidRPr="00875F02" w:rsidRDefault="00304B81">
      <w:pPr>
        <w:pStyle w:val="ListBullet"/>
        <w:numPr>
          <w:ilvl w:val="2"/>
          <w:numId w:val="23"/>
        </w:numPr>
        <w:spacing w:after="0" w:line="240" w:lineRule="auto"/>
        <w:rPr>
          <w:rFonts w:ascii="Aptos Display" w:hAnsi="Aptos Display"/>
        </w:rPr>
      </w:pPr>
      <w:r w:rsidRPr="00875F02">
        <w:rPr>
          <w:rFonts w:ascii="Aptos Display" w:hAnsi="Aptos Display"/>
        </w:rPr>
        <w:t>and/or signers on the Association bank account as required by Wells Fargo.</w:t>
      </w:r>
    </w:p>
    <w:p w14:paraId="0A4AC14A" w14:textId="4594E025" w:rsidR="00F12B33" w:rsidRPr="00875F02" w:rsidRDefault="00F12B33">
      <w:pPr>
        <w:pStyle w:val="ListBullet"/>
        <w:numPr>
          <w:ilvl w:val="4"/>
          <w:numId w:val="30"/>
        </w:numPr>
        <w:spacing w:after="0" w:line="240" w:lineRule="auto"/>
        <w:ind w:left="2970"/>
        <w:rPr>
          <w:rFonts w:ascii="Aptos Display" w:hAnsi="Aptos Display"/>
        </w:rPr>
      </w:pPr>
      <w:r w:rsidRPr="00875F02">
        <w:rPr>
          <w:rFonts w:ascii="Aptos Display" w:hAnsi="Aptos Display"/>
        </w:rPr>
        <w:t xml:space="preserve">Motion </w:t>
      </w:r>
      <w:r w:rsidR="00463D5E" w:rsidRPr="00875F02">
        <w:rPr>
          <w:rFonts w:ascii="Aptos Display" w:hAnsi="Aptos Display"/>
        </w:rPr>
        <w:t>Matt Mullin</w:t>
      </w:r>
      <w:r w:rsidRPr="00875F02">
        <w:rPr>
          <w:rFonts w:ascii="Aptos Display" w:hAnsi="Aptos Display"/>
        </w:rPr>
        <w:t>, seconded Shannon</w:t>
      </w:r>
      <w:r w:rsidR="00463D5E" w:rsidRPr="00875F02">
        <w:rPr>
          <w:rFonts w:ascii="Aptos Display" w:hAnsi="Aptos Display"/>
        </w:rPr>
        <w:t xml:space="preserve"> Rosenberg</w:t>
      </w:r>
      <w:r w:rsidRPr="00875F02">
        <w:rPr>
          <w:rFonts w:ascii="Aptos Display" w:hAnsi="Aptos Display"/>
        </w:rPr>
        <w:t>, approved</w:t>
      </w:r>
    </w:p>
    <w:p w14:paraId="4D63F12B" w14:textId="77777777" w:rsidR="00AC3B86" w:rsidRPr="00DC2C07" w:rsidRDefault="00F82AB4">
      <w:pPr>
        <w:spacing w:before="100" w:after="0" w:line="240" w:lineRule="auto"/>
        <w:rPr>
          <w:rFonts w:ascii="Aptos Display" w:hAnsi="Aptos Display"/>
        </w:rPr>
      </w:pPr>
      <w:r w:rsidRPr="00DC2C07">
        <w:rPr>
          <w:rFonts w:ascii="Aptos Display" w:hAnsi="Aptos Display"/>
        </w:rPr>
        <w:t>VI. Secretary Report - Mindee Popham</w:t>
      </w:r>
    </w:p>
    <w:p w14:paraId="0E27EFC4" w14:textId="65D024D8" w:rsidR="00AC3B86" w:rsidRDefault="008C5F50">
      <w:pPr>
        <w:pStyle w:val="ListBullet"/>
        <w:numPr>
          <w:ilvl w:val="0"/>
          <w:numId w:val="9"/>
        </w:numPr>
        <w:spacing w:after="0" w:line="240" w:lineRule="auto"/>
        <w:rPr>
          <w:rFonts w:ascii="Aptos Display" w:hAnsi="Aptos Display"/>
        </w:rPr>
      </w:pPr>
      <w:r>
        <w:rPr>
          <w:rFonts w:ascii="Aptos Display" w:hAnsi="Aptos Display"/>
        </w:rPr>
        <w:t>Property t</w:t>
      </w:r>
      <w:r w:rsidR="003A124E" w:rsidRPr="00DC2C07">
        <w:rPr>
          <w:rFonts w:ascii="Aptos Display" w:hAnsi="Aptos Display"/>
        </w:rPr>
        <w:t>ransfers</w:t>
      </w:r>
      <w:r>
        <w:rPr>
          <w:rFonts w:ascii="Aptos Display" w:hAnsi="Aptos Display"/>
        </w:rPr>
        <w:t xml:space="preserve">: </w:t>
      </w:r>
      <w:r w:rsidR="00EE5BA9">
        <w:rPr>
          <w:rFonts w:ascii="Aptos Display" w:hAnsi="Aptos Display"/>
        </w:rPr>
        <w:tab/>
        <w:t xml:space="preserve">YTD </w:t>
      </w:r>
      <w:r w:rsidR="00EE5BA9">
        <w:rPr>
          <w:rFonts w:ascii="Aptos Display" w:hAnsi="Aptos Display"/>
        </w:rPr>
        <w:tab/>
        <w:t>7 transfers</w:t>
      </w:r>
    </w:p>
    <w:p w14:paraId="17AE1DFB" w14:textId="26820A41" w:rsidR="008C5F50" w:rsidRPr="00DC2C07" w:rsidRDefault="008C5F50">
      <w:pPr>
        <w:pStyle w:val="ListBullet"/>
        <w:numPr>
          <w:ilvl w:val="0"/>
          <w:numId w:val="9"/>
        </w:numPr>
        <w:spacing w:after="0" w:line="240" w:lineRule="auto"/>
        <w:rPr>
          <w:rFonts w:ascii="Aptos Display" w:hAnsi="Aptos Display"/>
        </w:rPr>
      </w:pPr>
      <w:r>
        <w:rPr>
          <w:rFonts w:ascii="Aptos Display" w:hAnsi="Aptos Display"/>
        </w:rPr>
        <w:t xml:space="preserve">Resale cert requests: </w:t>
      </w:r>
      <w:r w:rsidR="00EE5BA9">
        <w:rPr>
          <w:rFonts w:ascii="Aptos Display" w:hAnsi="Aptos Display"/>
        </w:rPr>
        <w:t xml:space="preserve"> </w:t>
      </w:r>
      <w:r w:rsidR="00EE5BA9">
        <w:rPr>
          <w:rFonts w:ascii="Aptos Display" w:hAnsi="Aptos Display"/>
        </w:rPr>
        <w:tab/>
        <w:t>Q2</w:t>
      </w:r>
      <w:r w:rsidR="00EE5BA9">
        <w:rPr>
          <w:rFonts w:ascii="Aptos Display" w:hAnsi="Aptos Display"/>
        </w:rPr>
        <w:tab/>
        <w:t>6 requests</w:t>
      </w:r>
    </w:p>
    <w:p w14:paraId="4297D54D" w14:textId="4A861DB2" w:rsidR="0017749C" w:rsidRPr="00F12B33" w:rsidRDefault="00F82AB4" w:rsidP="00F12B33">
      <w:pPr>
        <w:spacing w:before="100" w:after="0" w:line="240" w:lineRule="auto"/>
        <w:rPr>
          <w:rFonts w:ascii="Aptos Display" w:hAnsi="Aptos Display"/>
        </w:rPr>
      </w:pPr>
      <w:r w:rsidRPr="00DC2C07">
        <w:rPr>
          <w:rFonts w:ascii="Aptos Display" w:hAnsi="Aptos Display"/>
        </w:rPr>
        <w:t>VII. Treasurer Report / Financial Review - Alisha Stanley</w:t>
      </w:r>
    </w:p>
    <w:p w14:paraId="310814F7" w14:textId="48BEB26A" w:rsidR="00AC3B86" w:rsidRPr="00DC2C07" w:rsidRDefault="00F82AB4">
      <w:pPr>
        <w:pStyle w:val="ListParagraph"/>
        <w:numPr>
          <w:ilvl w:val="0"/>
          <w:numId w:val="10"/>
        </w:numPr>
        <w:spacing w:after="0" w:line="240" w:lineRule="auto"/>
        <w:rPr>
          <w:rFonts w:ascii="Aptos Display" w:hAnsi="Aptos Display"/>
        </w:rPr>
      </w:pPr>
      <w:r w:rsidRPr="00DC2C07">
        <w:rPr>
          <w:rFonts w:ascii="Aptos Display" w:hAnsi="Aptos Display"/>
        </w:rPr>
        <w:t>Quarterly Report</w:t>
      </w:r>
    </w:p>
    <w:p w14:paraId="1E1924CB" w14:textId="13FE7D2E" w:rsidR="00AC3B86" w:rsidRPr="00DC2C07" w:rsidRDefault="00F82AB4">
      <w:pPr>
        <w:pStyle w:val="ListParagraph"/>
        <w:numPr>
          <w:ilvl w:val="0"/>
          <w:numId w:val="10"/>
        </w:numPr>
        <w:spacing w:after="0" w:line="240" w:lineRule="auto"/>
        <w:rPr>
          <w:rFonts w:ascii="Aptos Display" w:hAnsi="Aptos Display"/>
        </w:rPr>
      </w:pPr>
      <w:r w:rsidRPr="00DC2C07">
        <w:rPr>
          <w:rFonts w:ascii="Aptos Display" w:hAnsi="Aptos Display"/>
        </w:rPr>
        <w:t>Past Dues Update</w:t>
      </w:r>
    </w:p>
    <w:p w14:paraId="45A54A26" w14:textId="7A47F3F5" w:rsidR="00AC3B86" w:rsidRDefault="00F82AB4">
      <w:pPr>
        <w:pStyle w:val="ListParagraph"/>
        <w:numPr>
          <w:ilvl w:val="0"/>
          <w:numId w:val="10"/>
        </w:numPr>
        <w:spacing w:after="0" w:line="240" w:lineRule="auto"/>
        <w:rPr>
          <w:rFonts w:ascii="Aptos Display" w:hAnsi="Aptos Display"/>
        </w:rPr>
      </w:pPr>
      <w:r w:rsidRPr="00DC2C07">
        <w:rPr>
          <w:rFonts w:ascii="Aptos Display" w:hAnsi="Aptos Display"/>
        </w:rPr>
        <w:t>Transfer fees / outstanding balance follow-up</w:t>
      </w:r>
    </w:p>
    <w:p w14:paraId="74114711" w14:textId="0F28E129" w:rsidR="0070644E" w:rsidRDefault="0070644E">
      <w:pPr>
        <w:pStyle w:val="ListParagraph"/>
        <w:numPr>
          <w:ilvl w:val="0"/>
          <w:numId w:val="10"/>
        </w:numPr>
        <w:spacing w:after="0" w:line="240" w:lineRule="auto"/>
        <w:rPr>
          <w:rFonts w:ascii="Aptos Display" w:hAnsi="Aptos Display"/>
        </w:rPr>
      </w:pPr>
      <w:r w:rsidRPr="0070644E">
        <w:rPr>
          <w:rFonts w:ascii="Aptos Display" w:hAnsi="Aptos Display"/>
        </w:rPr>
        <w:t xml:space="preserve">Bank </w:t>
      </w:r>
      <w:r>
        <w:rPr>
          <w:rFonts w:ascii="Aptos Display" w:hAnsi="Aptos Display"/>
        </w:rPr>
        <w:t>a</w:t>
      </w:r>
      <w:r w:rsidRPr="0070644E">
        <w:rPr>
          <w:rFonts w:ascii="Aptos Display" w:hAnsi="Aptos Display"/>
        </w:rPr>
        <w:t xml:space="preserve">ccount </w:t>
      </w:r>
      <w:r>
        <w:rPr>
          <w:rFonts w:ascii="Aptos Display" w:hAnsi="Aptos Display"/>
        </w:rPr>
        <w:t>a</w:t>
      </w:r>
      <w:r w:rsidRPr="0070644E">
        <w:rPr>
          <w:rFonts w:ascii="Aptos Display" w:hAnsi="Aptos Display"/>
        </w:rPr>
        <w:t xml:space="preserve">uthorized </w:t>
      </w:r>
      <w:r>
        <w:rPr>
          <w:rFonts w:ascii="Aptos Display" w:hAnsi="Aptos Display"/>
        </w:rPr>
        <w:t>s</w:t>
      </w:r>
      <w:r w:rsidRPr="0070644E">
        <w:rPr>
          <w:rFonts w:ascii="Aptos Display" w:hAnsi="Aptos Display"/>
        </w:rPr>
        <w:t xml:space="preserve">igner </w:t>
      </w:r>
      <w:r>
        <w:rPr>
          <w:rFonts w:ascii="Aptos Display" w:hAnsi="Aptos Display"/>
        </w:rPr>
        <w:t>u</w:t>
      </w:r>
      <w:r w:rsidRPr="0070644E">
        <w:rPr>
          <w:rFonts w:ascii="Aptos Display" w:hAnsi="Aptos Display"/>
        </w:rPr>
        <w:t>pdate</w:t>
      </w:r>
    </w:p>
    <w:p w14:paraId="711A7BCD" w14:textId="60533B28" w:rsidR="00AC3B86" w:rsidRDefault="00F82AB4">
      <w:pPr>
        <w:pStyle w:val="ListParagraph"/>
        <w:numPr>
          <w:ilvl w:val="0"/>
          <w:numId w:val="10"/>
        </w:numPr>
        <w:spacing w:after="0" w:line="240" w:lineRule="auto"/>
        <w:rPr>
          <w:rFonts w:ascii="Aptos Display" w:hAnsi="Aptos Display"/>
        </w:rPr>
      </w:pPr>
      <w:r w:rsidRPr="00DC2C07">
        <w:rPr>
          <w:rFonts w:ascii="Aptos Display" w:hAnsi="Aptos Display"/>
        </w:rPr>
        <w:t>Budget items and upcoming expenses</w:t>
      </w:r>
    </w:p>
    <w:p w14:paraId="48AFD48D" w14:textId="358CA2CA" w:rsidR="004F7DC9" w:rsidRDefault="004F7DC9">
      <w:pPr>
        <w:pStyle w:val="ListParagraph"/>
        <w:numPr>
          <w:ilvl w:val="1"/>
          <w:numId w:val="21"/>
        </w:numPr>
        <w:spacing w:after="0" w:line="240" w:lineRule="auto"/>
        <w:rPr>
          <w:rFonts w:ascii="Aptos Display" w:hAnsi="Aptos Display"/>
        </w:rPr>
      </w:pPr>
      <w:r>
        <w:rPr>
          <w:rFonts w:ascii="Aptos Display" w:hAnsi="Aptos Display"/>
        </w:rPr>
        <w:t>Pool</w:t>
      </w:r>
      <w:r w:rsidR="00F12B33">
        <w:rPr>
          <w:rFonts w:ascii="Aptos Display" w:hAnsi="Aptos Display"/>
        </w:rPr>
        <w:t>:  Motion to increase budget $1,800 for updated pool expenses, Seconded: Rob, Motion: Approved</w:t>
      </w:r>
    </w:p>
    <w:p w14:paraId="200C6C2C" w14:textId="77777777" w:rsidR="00AC3B86" w:rsidRPr="00DC2C07" w:rsidRDefault="00F82AB4">
      <w:pPr>
        <w:spacing w:before="100" w:after="0" w:line="240" w:lineRule="auto"/>
        <w:rPr>
          <w:rFonts w:ascii="Aptos Display" w:hAnsi="Aptos Display"/>
        </w:rPr>
      </w:pPr>
      <w:r w:rsidRPr="00DC2C07">
        <w:rPr>
          <w:rFonts w:ascii="Aptos Display" w:hAnsi="Aptos Display"/>
        </w:rPr>
        <w:t>VIII. Vice President Report - Matt Mullin</w:t>
      </w:r>
    </w:p>
    <w:p w14:paraId="179EA1D6" w14:textId="779C1849" w:rsidR="00AC3B86" w:rsidRDefault="0070644E">
      <w:pPr>
        <w:pStyle w:val="ListParagraph"/>
        <w:numPr>
          <w:ilvl w:val="0"/>
          <w:numId w:val="31"/>
        </w:numPr>
        <w:spacing w:after="0" w:line="240" w:lineRule="auto"/>
        <w:rPr>
          <w:rFonts w:ascii="Aptos Display" w:hAnsi="Aptos Display"/>
        </w:rPr>
      </w:pPr>
      <w:r>
        <w:rPr>
          <w:rFonts w:ascii="Aptos Display" w:hAnsi="Aptos Display"/>
        </w:rPr>
        <w:t>Architectural Control Committee update</w:t>
      </w:r>
    </w:p>
    <w:p w14:paraId="52225FE6" w14:textId="00F52A41" w:rsidR="00E16EDF" w:rsidRPr="00DC2C07" w:rsidRDefault="00E16EDF">
      <w:pPr>
        <w:pStyle w:val="ListParagraph"/>
        <w:numPr>
          <w:ilvl w:val="1"/>
          <w:numId w:val="31"/>
        </w:numPr>
        <w:spacing w:after="0" w:line="240" w:lineRule="auto"/>
        <w:rPr>
          <w:rFonts w:ascii="Aptos Display" w:hAnsi="Aptos Display"/>
        </w:rPr>
      </w:pPr>
      <w:r>
        <w:rPr>
          <w:rFonts w:ascii="Aptos Display" w:hAnsi="Aptos Display"/>
        </w:rPr>
        <w:t>Will be implementing new procedure: When we receive closing documents, we will send a welcome packet to new resident informing them of architectural approvals required for all building and structures.</w:t>
      </w:r>
    </w:p>
    <w:p w14:paraId="6B2AA009" w14:textId="77777777" w:rsidR="00AC3B86" w:rsidRPr="00DC2C07" w:rsidRDefault="00F82AB4">
      <w:pPr>
        <w:spacing w:before="100" w:after="0" w:line="240" w:lineRule="auto"/>
        <w:rPr>
          <w:rFonts w:ascii="Aptos Display" w:hAnsi="Aptos Display"/>
        </w:rPr>
      </w:pPr>
      <w:r w:rsidRPr="00DC2C07">
        <w:rPr>
          <w:rFonts w:ascii="Aptos Display" w:hAnsi="Aptos Display"/>
        </w:rPr>
        <w:t>IX. Neighborhood Watch Program - Captain John Austin</w:t>
      </w:r>
    </w:p>
    <w:p w14:paraId="5D4A5847" w14:textId="77777777" w:rsidR="00AC3B86" w:rsidRPr="00DC2C07" w:rsidRDefault="00F82AB4">
      <w:pPr>
        <w:spacing w:before="100" w:after="0" w:line="240" w:lineRule="auto"/>
        <w:rPr>
          <w:rFonts w:ascii="Aptos Display" w:hAnsi="Aptos Display"/>
        </w:rPr>
      </w:pPr>
      <w:r w:rsidRPr="00DC2C07">
        <w:rPr>
          <w:rFonts w:ascii="Aptos Display" w:hAnsi="Aptos Display"/>
        </w:rPr>
        <w:t>X. New Business</w:t>
      </w:r>
    </w:p>
    <w:p w14:paraId="082981ED" w14:textId="50F10809" w:rsidR="00AC3B86" w:rsidRPr="00DC2C07" w:rsidRDefault="00F82AB4">
      <w:pPr>
        <w:pStyle w:val="ListParagraph"/>
        <w:numPr>
          <w:ilvl w:val="0"/>
          <w:numId w:val="11"/>
        </w:numPr>
        <w:spacing w:after="0" w:line="240" w:lineRule="auto"/>
        <w:rPr>
          <w:rFonts w:ascii="Aptos Display" w:hAnsi="Aptos Display"/>
        </w:rPr>
      </w:pPr>
      <w:r w:rsidRPr="00DC2C07">
        <w:rPr>
          <w:rFonts w:ascii="Aptos Display" w:hAnsi="Aptos Display"/>
        </w:rPr>
        <w:t>Neighborhood quiet hours under review</w:t>
      </w:r>
    </w:p>
    <w:p w14:paraId="3B6A0451" w14:textId="77777777" w:rsidR="00AC3B86" w:rsidRPr="00DC2C07" w:rsidRDefault="00F82AB4">
      <w:pPr>
        <w:pStyle w:val="ListBullet"/>
        <w:numPr>
          <w:ilvl w:val="0"/>
          <w:numId w:val="12"/>
        </w:numPr>
        <w:spacing w:after="0" w:line="240" w:lineRule="auto"/>
        <w:rPr>
          <w:rFonts w:ascii="Aptos Display" w:hAnsi="Aptos Display"/>
        </w:rPr>
      </w:pPr>
      <w:r w:rsidRPr="00DC2C07">
        <w:rPr>
          <w:rFonts w:ascii="Aptos Display" w:hAnsi="Aptos Display"/>
        </w:rPr>
        <w:t>No current POA enforcement authority; residents should contact CCSO for law-enforcement issues</w:t>
      </w:r>
    </w:p>
    <w:p w14:paraId="6D345923" w14:textId="77777777" w:rsidR="00AC3B86" w:rsidRPr="00DC2C07" w:rsidRDefault="00F82AB4">
      <w:pPr>
        <w:pStyle w:val="ListBullet"/>
        <w:numPr>
          <w:ilvl w:val="0"/>
          <w:numId w:val="12"/>
        </w:numPr>
        <w:spacing w:after="0" w:line="240" w:lineRule="auto"/>
        <w:rPr>
          <w:rFonts w:ascii="Aptos Display" w:hAnsi="Aptos Display"/>
        </w:rPr>
      </w:pPr>
      <w:r w:rsidRPr="00DC2C07">
        <w:rPr>
          <w:rFonts w:ascii="Aptos Display" w:hAnsi="Aptos Display"/>
        </w:rPr>
        <w:t>May be added to the list of possible bylaw/restriction updates</w:t>
      </w:r>
    </w:p>
    <w:p w14:paraId="0D9222C5" w14:textId="1D64C44C" w:rsidR="00EC6764" w:rsidRDefault="00EC6764">
      <w:pPr>
        <w:pStyle w:val="ListParagraph"/>
        <w:numPr>
          <w:ilvl w:val="0"/>
          <w:numId w:val="11"/>
        </w:numPr>
        <w:spacing w:after="0" w:line="240" w:lineRule="auto"/>
        <w:rPr>
          <w:rFonts w:ascii="Aptos Display" w:hAnsi="Aptos Display"/>
        </w:rPr>
      </w:pPr>
      <w:r>
        <w:rPr>
          <w:rFonts w:ascii="Aptos Display" w:hAnsi="Aptos Display"/>
        </w:rPr>
        <w:t>Park Mowing</w:t>
      </w:r>
    </w:p>
    <w:p w14:paraId="5B77E24E" w14:textId="01DF7D0B" w:rsidR="00E16EDF" w:rsidRPr="00875F02" w:rsidRDefault="00E16EDF">
      <w:pPr>
        <w:pStyle w:val="ListParagraph"/>
        <w:numPr>
          <w:ilvl w:val="1"/>
          <w:numId w:val="32"/>
        </w:numPr>
        <w:spacing w:after="0" w:line="240" w:lineRule="auto"/>
        <w:rPr>
          <w:rFonts w:ascii="Aptos Display" w:hAnsi="Aptos Display"/>
        </w:rPr>
      </w:pPr>
      <w:r w:rsidRPr="00875F02">
        <w:rPr>
          <w:rFonts w:ascii="Aptos Display" w:hAnsi="Aptos Display"/>
        </w:rPr>
        <w:t>Plan to put out request to have a community park mowing day</w:t>
      </w:r>
    </w:p>
    <w:p w14:paraId="536E3F75" w14:textId="63AABDF0" w:rsidR="00EC6764" w:rsidRDefault="00EC6764">
      <w:pPr>
        <w:pStyle w:val="ListParagraph"/>
        <w:numPr>
          <w:ilvl w:val="0"/>
          <w:numId w:val="11"/>
        </w:numPr>
        <w:spacing w:after="0" w:line="240" w:lineRule="auto"/>
        <w:rPr>
          <w:rFonts w:ascii="Aptos Display" w:hAnsi="Aptos Display"/>
        </w:rPr>
      </w:pPr>
      <w:r>
        <w:rPr>
          <w:rFonts w:ascii="Aptos Display" w:hAnsi="Aptos Display"/>
        </w:rPr>
        <w:t>C</w:t>
      </w:r>
      <w:r w:rsidRPr="00EC6764">
        <w:rPr>
          <w:rFonts w:ascii="Aptos Display" w:hAnsi="Aptos Display"/>
        </w:rPr>
        <w:t>all for Election Committee Volunteers</w:t>
      </w:r>
      <w:r>
        <w:rPr>
          <w:rFonts w:ascii="Aptos Display" w:hAnsi="Aptos Display"/>
        </w:rPr>
        <w:t xml:space="preserve"> and Board Candidates</w:t>
      </w:r>
    </w:p>
    <w:p w14:paraId="24F7EACF" w14:textId="23A4D5FE" w:rsidR="00E16EDF" w:rsidRPr="00DC2C07" w:rsidRDefault="00E16EDF">
      <w:pPr>
        <w:pStyle w:val="ListParagraph"/>
        <w:numPr>
          <w:ilvl w:val="1"/>
          <w:numId w:val="11"/>
        </w:numPr>
        <w:spacing w:after="0" w:line="240" w:lineRule="auto"/>
        <w:rPr>
          <w:rFonts w:ascii="Aptos Display" w:hAnsi="Aptos Display"/>
        </w:rPr>
      </w:pPr>
      <w:r>
        <w:rPr>
          <w:rFonts w:ascii="Aptos Display" w:hAnsi="Aptos Display"/>
        </w:rPr>
        <w:t xml:space="preserve">Shannon </w:t>
      </w:r>
      <w:r w:rsidR="00463D5E">
        <w:rPr>
          <w:rFonts w:ascii="Aptos Display" w:hAnsi="Aptos Display"/>
        </w:rPr>
        <w:t xml:space="preserve">Rosenberg </w:t>
      </w:r>
      <w:r>
        <w:rPr>
          <w:rFonts w:ascii="Aptos Display" w:hAnsi="Aptos Display"/>
        </w:rPr>
        <w:t xml:space="preserve">and Susan </w:t>
      </w:r>
      <w:r w:rsidR="00463D5E">
        <w:rPr>
          <w:rFonts w:ascii="Aptos Display" w:hAnsi="Aptos Display"/>
        </w:rPr>
        <w:t>Gardner</w:t>
      </w:r>
    </w:p>
    <w:p w14:paraId="55BFB0A3" w14:textId="77777777" w:rsidR="00AC3B86" w:rsidRPr="00DC2C07" w:rsidRDefault="00F82AB4">
      <w:pPr>
        <w:spacing w:before="100" w:after="0" w:line="240" w:lineRule="auto"/>
        <w:rPr>
          <w:rFonts w:ascii="Aptos Display" w:hAnsi="Aptos Display"/>
        </w:rPr>
      </w:pPr>
      <w:r w:rsidRPr="00DC2C07">
        <w:rPr>
          <w:rFonts w:ascii="Aptos Display" w:hAnsi="Aptos Display"/>
        </w:rPr>
        <w:t>XI. Old Business</w:t>
      </w:r>
    </w:p>
    <w:p w14:paraId="35E83E8C" w14:textId="30C84127" w:rsidR="00AC3B86" w:rsidRDefault="00F82AB4">
      <w:pPr>
        <w:pStyle w:val="ListParagraph"/>
        <w:numPr>
          <w:ilvl w:val="0"/>
          <w:numId w:val="13"/>
        </w:numPr>
        <w:spacing w:after="0" w:line="240" w:lineRule="auto"/>
        <w:rPr>
          <w:rFonts w:ascii="Aptos Display" w:hAnsi="Aptos Display"/>
        </w:rPr>
      </w:pPr>
      <w:r w:rsidRPr="00C066D4">
        <w:rPr>
          <w:rFonts w:ascii="Aptos Display" w:hAnsi="Aptos Display"/>
        </w:rPr>
        <w:t>Website overhaul</w:t>
      </w:r>
    </w:p>
    <w:p w14:paraId="22B8930E" w14:textId="7AEA1AE2" w:rsidR="00E16EDF" w:rsidRPr="00875F02" w:rsidRDefault="00E16EDF">
      <w:pPr>
        <w:pStyle w:val="ListParagraph"/>
        <w:numPr>
          <w:ilvl w:val="1"/>
          <w:numId w:val="33"/>
        </w:numPr>
        <w:spacing w:after="0" w:line="240" w:lineRule="auto"/>
        <w:rPr>
          <w:rFonts w:ascii="Aptos Display" w:hAnsi="Aptos Display"/>
        </w:rPr>
      </w:pPr>
      <w:r w:rsidRPr="00875F02">
        <w:rPr>
          <w:rFonts w:ascii="Aptos Display" w:hAnsi="Aptos Display"/>
        </w:rPr>
        <w:t xml:space="preserve">Robert </w:t>
      </w:r>
      <w:r w:rsidR="00463D5E" w:rsidRPr="00875F02">
        <w:rPr>
          <w:rFonts w:ascii="Aptos Display" w:hAnsi="Aptos Display"/>
        </w:rPr>
        <w:t xml:space="preserve">Hicks </w:t>
      </w:r>
      <w:r w:rsidRPr="00875F02">
        <w:rPr>
          <w:rFonts w:ascii="Aptos Display" w:hAnsi="Aptos Display"/>
        </w:rPr>
        <w:t>offered help as he is a web site designer</w:t>
      </w:r>
    </w:p>
    <w:p w14:paraId="29B458D4" w14:textId="5888E800" w:rsidR="00AC3B86" w:rsidRDefault="00F82AB4">
      <w:pPr>
        <w:pStyle w:val="ListParagraph"/>
        <w:numPr>
          <w:ilvl w:val="0"/>
          <w:numId w:val="13"/>
        </w:numPr>
        <w:spacing w:after="0" w:line="240" w:lineRule="auto"/>
        <w:rPr>
          <w:rFonts w:ascii="Aptos Display" w:hAnsi="Aptos Display"/>
        </w:rPr>
      </w:pPr>
      <w:r w:rsidRPr="00C066D4">
        <w:rPr>
          <w:rFonts w:ascii="Aptos Display" w:hAnsi="Aptos Display"/>
        </w:rPr>
        <w:t>Pool manager transition / volunteer coverage</w:t>
      </w:r>
    </w:p>
    <w:p w14:paraId="7C0FA580" w14:textId="53AC1E7A" w:rsidR="00E16EDF" w:rsidRPr="00875F02" w:rsidRDefault="00E16EDF">
      <w:pPr>
        <w:pStyle w:val="ListParagraph"/>
        <w:numPr>
          <w:ilvl w:val="1"/>
          <w:numId w:val="34"/>
        </w:numPr>
        <w:spacing w:after="0" w:line="240" w:lineRule="auto"/>
        <w:rPr>
          <w:rFonts w:ascii="Aptos Display" w:hAnsi="Aptos Display"/>
        </w:rPr>
      </w:pPr>
      <w:r w:rsidRPr="00875F02">
        <w:rPr>
          <w:rFonts w:ascii="Aptos Display" w:hAnsi="Aptos Display"/>
        </w:rPr>
        <w:lastRenderedPageBreak/>
        <w:t>Russell Midel offered to take on adding water when needed to the pool.</w:t>
      </w:r>
    </w:p>
    <w:p w14:paraId="06C079F0" w14:textId="7C1E182E" w:rsidR="00AC3B86" w:rsidRPr="0045470C" w:rsidRDefault="00F82AB4">
      <w:pPr>
        <w:pStyle w:val="ListParagraph"/>
        <w:numPr>
          <w:ilvl w:val="0"/>
          <w:numId w:val="13"/>
        </w:numPr>
        <w:spacing w:after="0" w:line="240" w:lineRule="auto"/>
        <w:rPr>
          <w:rFonts w:ascii="Aptos Display" w:hAnsi="Aptos Display"/>
        </w:rPr>
      </w:pPr>
      <w:r w:rsidRPr="0045470C">
        <w:rPr>
          <w:rFonts w:ascii="Aptos Display" w:hAnsi="Aptos Display"/>
        </w:rPr>
        <w:t>Documents project</w:t>
      </w:r>
    </w:p>
    <w:p w14:paraId="21129327" w14:textId="77777777" w:rsidR="00AC3B86" w:rsidRPr="0045470C" w:rsidRDefault="00F82AB4">
      <w:pPr>
        <w:pStyle w:val="ListBullet"/>
        <w:numPr>
          <w:ilvl w:val="0"/>
          <w:numId w:val="14"/>
        </w:numPr>
        <w:spacing w:after="0" w:line="240" w:lineRule="auto"/>
        <w:rPr>
          <w:rFonts w:ascii="Aptos Display" w:hAnsi="Aptos Display"/>
        </w:rPr>
      </w:pPr>
      <w:r w:rsidRPr="0045470C">
        <w:rPr>
          <w:rFonts w:ascii="Aptos Display" w:hAnsi="Aptos Display"/>
        </w:rPr>
        <w:t>By-Laws - filed with county</w:t>
      </w:r>
    </w:p>
    <w:p w14:paraId="60A40407" w14:textId="77777777" w:rsidR="00AC3B86" w:rsidRPr="0045470C" w:rsidRDefault="00F82AB4">
      <w:pPr>
        <w:pStyle w:val="ListBullet"/>
        <w:numPr>
          <w:ilvl w:val="0"/>
          <w:numId w:val="14"/>
        </w:numPr>
        <w:spacing w:after="0" w:line="240" w:lineRule="auto"/>
        <w:rPr>
          <w:rFonts w:ascii="Aptos Display" w:hAnsi="Aptos Display"/>
        </w:rPr>
      </w:pPr>
      <w:r w:rsidRPr="0045470C">
        <w:rPr>
          <w:rFonts w:ascii="Aptos Display" w:hAnsi="Aptos Display"/>
        </w:rPr>
        <w:t>Restrictions - filed with county</w:t>
      </w:r>
    </w:p>
    <w:p w14:paraId="0F3B579D" w14:textId="53D73F8A" w:rsidR="00AC3B86" w:rsidRPr="0045470C" w:rsidRDefault="00F82AB4">
      <w:pPr>
        <w:pStyle w:val="ListBullet"/>
        <w:numPr>
          <w:ilvl w:val="0"/>
          <w:numId w:val="14"/>
        </w:numPr>
        <w:spacing w:after="0" w:line="240" w:lineRule="auto"/>
        <w:rPr>
          <w:rFonts w:ascii="Aptos Display" w:hAnsi="Aptos Display"/>
        </w:rPr>
      </w:pPr>
      <w:r w:rsidRPr="0045470C">
        <w:rPr>
          <w:rFonts w:ascii="Aptos Display" w:hAnsi="Aptos Display"/>
        </w:rPr>
        <w:t xml:space="preserve">Records production and copying policy - </w:t>
      </w:r>
      <w:r w:rsidR="0045470C" w:rsidRPr="0045470C">
        <w:rPr>
          <w:rFonts w:ascii="Aptos Display" w:hAnsi="Aptos Display"/>
        </w:rPr>
        <w:t>filed with county</w:t>
      </w:r>
    </w:p>
    <w:p w14:paraId="729CD80E" w14:textId="319CA539" w:rsidR="00AC3B86" w:rsidRPr="0045470C" w:rsidRDefault="00F82AB4">
      <w:pPr>
        <w:pStyle w:val="ListBullet"/>
        <w:numPr>
          <w:ilvl w:val="0"/>
          <w:numId w:val="14"/>
        </w:numPr>
        <w:spacing w:after="0" w:line="240" w:lineRule="auto"/>
        <w:rPr>
          <w:rFonts w:ascii="Aptos Display" w:hAnsi="Aptos Display"/>
        </w:rPr>
      </w:pPr>
      <w:r w:rsidRPr="0045470C">
        <w:rPr>
          <w:rFonts w:ascii="Aptos Display" w:hAnsi="Aptos Display"/>
        </w:rPr>
        <w:t xml:space="preserve">Records retention policy - </w:t>
      </w:r>
      <w:r w:rsidR="0045470C" w:rsidRPr="0045470C">
        <w:rPr>
          <w:rFonts w:ascii="Aptos Display" w:hAnsi="Aptos Display"/>
        </w:rPr>
        <w:t>filed with county</w:t>
      </w:r>
    </w:p>
    <w:p w14:paraId="06198FDE" w14:textId="4F9CBAED" w:rsidR="00AC3B86" w:rsidRPr="0045470C" w:rsidRDefault="00F82AB4">
      <w:pPr>
        <w:pStyle w:val="ListBullet"/>
        <w:numPr>
          <w:ilvl w:val="0"/>
          <w:numId w:val="14"/>
        </w:numPr>
        <w:spacing w:after="0" w:line="240" w:lineRule="auto"/>
        <w:rPr>
          <w:rFonts w:ascii="Aptos Display" w:hAnsi="Aptos Display"/>
        </w:rPr>
      </w:pPr>
      <w:r w:rsidRPr="0045470C">
        <w:rPr>
          <w:rFonts w:ascii="Aptos Display" w:hAnsi="Aptos Display"/>
        </w:rPr>
        <w:t xml:space="preserve">Alternate payment plan with reasonable guidelines - </w:t>
      </w:r>
      <w:r w:rsidR="0045470C" w:rsidRPr="0045470C">
        <w:rPr>
          <w:rFonts w:ascii="Aptos Display" w:hAnsi="Aptos Display"/>
        </w:rPr>
        <w:t>filed with county</w:t>
      </w:r>
    </w:p>
    <w:p w14:paraId="1DB0F804" w14:textId="77777777" w:rsidR="00AC3B86" w:rsidRDefault="00F82AB4">
      <w:pPr>
        <w:spacing w:before="100" w:after="0" w:line="240" w:lineRule="auto"/>
        <w:rPr>
          <w:rFonts w:ascii="Aptos Display" w:hAnsi="Aptos Display"/>
        </w:rPr>
      </w:pPr>
      <w:r w:rsidRPr="003A124E">
        <w:rPr>
          <w:rFonts w:ascii="Aptos Display" w:hAnsi="Aptos Display"/>
        </w:rPr>
        <w:t>XII. Property Owners Open Forum</w:t>
      </w:r>
    </w:p>
    <w:p w14:paraId="398B190C" w14:textId="1734B173" w:rsidR="00656BC3" w:rsidRPr="00875F02" w:rsidRDefault="00656BC3">
      <w:pPr>
        <w:pStyle w:val="ListParagraph"/>
        <w:numPr>
          <w:ilvl w:val="0"/>
          <w:numId w:val="35"/>
        </w:numPr>
        <w:spacing w:before="100" w:after="0" w:line="240" w:lineRule="auto"/>
        <w:rPr>
          <w:rFonts w:ascii="Aptos Display" w:hAnsi="Aptos Display"/>
        </w:rPr>
      </w:pPr>
      <w:r w:rsidRPr="00875F02">
        <w:rPr>
          <w:rFonts w:ascii="Aptos Display" w:hAnsi="Aptos Display"/>
        </w:rPr>
        <w:t xml:space="preserve">Robert </w:t>
      </w:r>
      <w:r w:rsidR="00463D5E" w:rsidRPr="00875F02">
        <w:rPr>
          <w:rFonts w:ascii="Aptos Display" w:hAnsi="Aptos Display"/>
        </w:rPr>
        <w:t xml:space="preserve">Hicks </w:t>
      </w:r>
      <w:r w:rsidRPr="00875F02">
        <w:rPr>
          <w:rFonts w:ascii="Aptos Display" w:hAnsi="Aptos Display"/>
        </w:rPr>
        <w:t>asked about fireworks, while the bylaws state no fireworks, the POA will not be enforcing.</w:t>
      </w:r>
    </w:p>
    <w:p w14:paraId="3993D950" w14:textId="62D0C523" w:rsidR="00656BC3" w:rsidRDefault="00F82AB4">
      <w:pPr>
        <w:spacing w:before="100" w:after="0" w:line="240" w:lineRule="auto"/>
        <w:rPr>
          <w:rFonts w:ascii="Aptos Display" w:hAnsi="Aptos Display"/>
        </w:rPr>
      </w:pPr>
      <w:r w:rsidRPr="003A124E">
        <w:rPr>
          <w:rFonts w:ascii="Aptos Display" w:hAnsi="Aptos Display"/>
        </w:rPr>
        <w:t xml:space="preserve">XIII. </w:t>
      </w:r>
      <w:r w:rsidR="00656BC3">
        <w:rPr>
          <w:rFonts w:ascii="Aptos Display" w:hAnsi="Aptos Display"/>
        </w:rPr>
        <w:t>Motion to adjourn: Dean</w:t>
      </w:r>
      <w:r w:rsidR="00463D5E">
        <w:rPr>
          <w:rFonts w:ascii="Aptos Display" w:hAnsi="Aptos Display"/>
        </w:rPr>
        <w:t xml:space="preserve"> Reed</w:t>
      </w:r>
      <w:r w:rsidR="00656BC3">
        <w:rPr>
          <w:rFonts w:ascii="Aptos Display" w:hAnsi="Aptos Display"/>
        </w:rPr>
        <w:t xml:space="preserve">, Seconded: </w:t>
      </w:r>
      <w:r w:rsidR="00463D5E">
        <w:rPr>
          <w:rFonts w:ascii="Aptos Display" w:hAnsi="Aptos Display"/>
        </w:rPr>
        <w:t xml:space="preserve">Joseph </w:t>
      </w:r>
      <w:r w:rsidR="00656BC3">
        <w:rPr>
          <w:rFonts w:ascii="Aptos Display" w:hAnsi="Aptos Display"/>
        </w:rPr>
        <w:t>Snyder, Motion: Approved</w:t>
      </w:r>
    </w:p>
    <w:p w14:paraId="2927660E" w14:textId="4F66E609" w:rsidR="00AC3B86" w:rsidRDefault="00F82AB4" w:rsidP="00656BC3">
      <w:pPr>
        <w:spacing w:before="100" w:after="0" w:line="240" w:lineRule="auto"/>
        <w:ind w:firstLine="720"/>
        <w:rPr>
          <w:rFonts w:ascii="Aptos Display" w:hAnsi="Aptos Display"/>
        </w:rPr>
      </w:pPr>
      <w:r w:rsidRPr="003A124E">
        <w:rPr>
          <w:rFonts w:ascii="Aptos Display" w:hAnsi="Aptos Display"/>
        </w:rPr>
        <w:t>Adjourn</w:t>
      </w:r>
      <w:r w:rsidR="00656BC3">
        <w:rPr>
          <w:rFonts w:ascii="Aptos Display" w:hAnsi="Aptos Display"/>
        </w:rPr>
        <w:t>ed @ 10:43am</w:t>
      </w:r>
    </w:p>
    <w:p w14:paraId="094581AB" w14:textId="422D1ACD" w:rsidR="00656BC3" w:rsidRPr="003A124E" w:rsidRDefault="00656BC3">
      <w:pPr>
        <w:spacing w:before="100" w:after="0" w:line="240" w:lineRule="auto"/>
        <w:rPr>
          <w:rFonts w:ascii="Aptos Display" w:hAnsi="Aptos Display"/>
        </w:rPr>
      </w:pPr>
      <w:r>
        <w:rPr>
          <w:rFonts w:ascii="Aptos Display" w:hAnsi="Aptos Display"/>
        </w:rPr>
        <w:tab/>
      </w:r>
    </w:p>
    <w:p w14:paraId="6782EE31" w14:textId="77777777" w:rsidR="00AC3B86" w:rsidRPr="003A124E" w:rsidRDefault="00AC3B86">
      <w:pPr>
        <w:spacing w:after="100" w:line="240" w:lineRule="auto"/>
        <w:rPr>
          <w:rFonts w:ascii="Aptos Display" w:hAnsi="Aptos Display"/>
        </w:rPr>
      </w:pPr>
    </w:p>
    <w:p w14:paraId="5B461589" w14:textId="77777777" w:rsidR="00AC3B86" w:rsidRPr="003A124E" w:rsidRDefault="00F82AB4">
      <w:pPr>
        <w:spacing w:after="120" w:line="240" w:lineRule="auto"/>
        <w:jc w:val="center"/>
        <w:rPr>
          <w:rFonts w:ascii="Aptos Display" w:hAnsi="Aptos Display"/>
        </w:rPr>
      </w:pPr>
      <w:r w:rsidRPr="003A124E">
        <w:rPr>
          <w:rFonts w:ascii="Aptos Display" w:hAnsi="Aptos Display"/>
        </w:rPr>
        <w:t>EXECUTIVE SESSION 11:15 AM - BOARD MEMBERS ONLY</w:t>
      </w:r>
    </w:p>
    <w:p w14:paraId="2AB51917" w14:textId="586C0E21" w:rsidR="00AC3B86" w:rsidRPr="003A124E" w:rsidRDefault="00F82AB4">
      <w:pPr>
        <w:spacing w:before="100" w:after="0" w:line="240" w:lineRule="auto"/>
        <w:rPr>
          <w:rFonts w:ascii="Aptos Display" w:hAnsi="Aptos Display"/>
        </w:rPr>
      </w:pPr>
      <w:r w:rsidRPr="003A124E">
        <w:rPr>
          <w:rFonts w:ascii="Aptos Display" w:hAnsi="Aptos Display"/>
        </w:rPr>
        <w:t>I. Establish</w:t>
      </w:r>
      <w:r w:rsidR="00D96377">
        <w:rPr>
          <w:rFonts w:ascii="Aptos Display" w:hAnsi="Aptos Display"/>
        </w:rPr>
        <w:t>ed</w:t>
      </w:r>
      <w:r w:rsidRPr="003A124E">
        <w:rPr>
          <w:rFonts w:ascii="Aptos Display" w:hAnsi="Aptos Display"/>
        </w:rPr>
        <w:t xml:space="preserve"> Quorum / Call</w:t>
      </w:r>
      <w:r w:rsidR="00D96377">
        <w:rPr>
          <w:rFonts w:ascii="Aptos Display" w:hAnsi="Aptos Display"/>
        </w:rPr>
        <w:t>ed</w:t>
      </w:r>
      <w:r w:rsidRPr="003A124E">
        <w:rPr>
          <w:rFonts w:ascii="Aptos Display" w:hAnsi="Aptos Display"/>
        </w:rPr>
        <w:t xml:space="preserve"> to Order</w:t>
      </w:r>
      <w:r w:rsidR="00D96377">
        <w:rPr>
          <w:rFonts w:ascii="Aptos Display" w:hAnsi="Aptos Display"/>
        </w:rPr>
        <w:t xml:space="preserve"> (11:07am)</w:t>
      </w:r>
    </w:p>
    <w:p w14:paraId="39C8DC8F" w14:textId="3896523F" w:rsidR="00AC3B86" w:rsidRPr="003A124E" w:rsidRDefault="00F82AB4" w:rsidP="00C066D4">
      <w:pPr>
        <w:spacing w:after="0" w:line="240" w:lineRule="auto"/>
        <w:ind w:left="360"/>
        <w:rPr>
          <w:rFonts w:ascii="Aptos Display" w:hAnsi="Aptos Display"/>
        </w:rPr>
      </w:pPr>
      <w:r w:rsidRPr="003A124E">
        <w:rPr>
          <w:rFonts w:ascii="Aptos Display" w:hAnsi="Aptos Display"/>
        </w:rPr>
        <w:t>President:</w:t>
      </w:r>
      <w:r w:rsidR="00C066D4">
        <w:rPr>
          <w:rFonts w:ascii="Aptos Display" w:hAnsi="Aptos Display"/>
        </w:rPr>
        <w:tab/>
      </w:r>
      <w:r w:rsidRPr="003A124E">
        <w:rPr>
          <w:rFonts w:ascii="Aptos Display" w:hAnsi="Aptos Display"/>
        </w:rPr>
        <w:t>Rob Norman</w:t>
      </w:r>
      <w:r w:rsidR="00D96377">
        <w:rPr>
          <w:rFonts w:ascii="Aptos Display" w:hAnsi="Aptos Display"/>
        </w:rPr>
        <w:t xml:space="preserve"> </w:t>
      </w:r>
      <w:r w:rsidR="00C066D4">
        <w:rPr>
          <w:rFonts w:ascii="Aptos Display" w:hAnsi="Aptos Display"/>
        </w:rPr>
        <w:br/>
        <w:t>VP</w:t>
      </w:r>
      <w:r w:rsidRPr="003A124E">
        <w:rPr>
          <w:rFonts w:ascii="Aptos Display" w:hAnsi="Aptos Display"/>
        </w:rPr>
        <w:t xml:space="preserve">:   </w:t>
      </w:r>
      <w:r w:rsidR="00C066D4">
        <w:rPr>
          <w:rFonts w:ascii="Aptos Display" w:hAnsi="Aptos Display"/>
        </w:rPr>
        <w:tab/>
      </w:r>
      <w:r w:rsidRPr="003A124E">
        <w:rPr>
          <w:rFonts w:ascii="Aptos Display" w:hAnsi="Aptos Display"/>
        </w:rPr>
        <w:t>Matt Mullin</w:t>
      </w:r>
    </w:p>
    <w:p w14:paraId="69C2257A" w14:textId="24C75626" w:rsidR="00AC3B86" w:rsidRPr="003A124E" w:rsidRDefault="00F82AB4">
      <w:pPr>
        <w:spacing w:after="0" w:line="240" w:lineRule="auto"/>
        <w:ind w:left="360"/>
        <w:rPr>
          <w:rFonts w:ascii="Aptos Display" w:hAnsi="Aptos Display"/>
        </w:rPr>
      </w:pPr>
      <w:r w:rsidRPr="003A124E">
        <w:rPr>
          <w:rFonts w:ascii="Aptos Display" w:hAnsi="Aptos Display"/>
        </w:rPr>
        <w:t>Treasurer:</w:t>
      </w:r>
      <w:r w:rsidR="00C066D4">
        <w:rPr>
          <w:rFonts w:ascii="Aptos Display" w:hAnsi="Aptos Display"/>
        </w:rPr>
        <w:tab/>
      </w:r>
      <w:r w:rsidRPr="003A124E">
        <w:rPr>
          <w:rFonts w:ascii="Aptos Display" w:hAnsi="Aptos Display"/>
        </w:rPr>
        <w:t>Alisha Stanley</w:t>
      </w:r>
    </w:p>
    <w:p w14:paraId="5824A238" w14:textId="545689AC" w:rsidR="00AC3B86" w:rsidRPr="003A124E" w:rsidRDefault="00F82AB4">
      <w:pPr>
        <w:spacing w:after="0" w:line="240" w:lineRule="auto"/>
        <w:ind w:left="360"/>
        <w:rPr>
          <w:rFonts w:ascii="Aptos Display" w:hAnsi="Aptos Display"/>
        </w:rPr>
      </w:pPr>
      <w:r w:rsidRPr="003A124E">
        <w:rPr>
          <w:rFonts w:ascii="Aptos Display" w:hAnsi="Aptos Display"/>
        </w:rPr>
        <w:t>Secretary:</w:t>
      </w:r>
      <w:r w:rsidR="00C066D4">
        <w:rPr>
          <w:rFonts w:ascii="Aptos Display" w:hAnsi="Aptos Display"/>
        </w:rPr>
        <w:tab/>
      </w:r>
      <w:r w:rsidRPr="003A124E">
        <w:rPr>
          <w:rFonts w:ascii="Aptos Display" w:hAnsi="Aptos Display"/>
        </w:rPr>
        <w:t>Mindee Popham</w:t>
      </w:r>
    </w:p>
    <w:p w14:paraId="10702393" w14:textId="19431B3E" w:rsidR="00AC3B86" w:rsidRPr="003A124E" w:rsidRDefault="00F82AB4">
      <w:pPr>
        <w:spacing w:after="0" w:line="240" w:lineRule="auto"/>
        <w:ind w:left="360"/>
        <w:rPr>
          <w:rFonts w:ascii="Aptos Display" w:hAnsi="Aptos Display"/>
        </w:rPr>
      </w:pPr>
      <w:r w:rsidRPr="003A124E">
        <w:rPr>
          <w:rFonts w:ascii="Aptos Display" w:hAnsi="Aptos Display"/>
        </w:rPr>
        <w:t xml:space="preserve">Director: </w:t>
      </w:r>
      <w:r w:rsidR="00C066D4">
        <w:rPr>
          <w:rFonts w:ascii="Aptos Display" w:hAnsi="Aptos Display"/>
        </w:rPr>
        <w:tab/>
      </w:r>
      <w:r w:rsidRPr="003A124E">
        <w:rPr>
          <w:rFonts w:ascii="Aptos Display" w:hAnsi="Aptos Display"/>
        </w:rPr>
        <w:t>Hilda Stevens</w:t>
      </w:r>
      <w:r w:rsidR="00D96377">
        <w:rPr>
          <w:rFonts w:ascii="Aptos Display" w:hAnsi="Aptos Display"/>
        </w:rPr>
        <w:tab/>
      </w:r>
      <w:r w:rsidR="00D96377">
        <w:rPr>
          <w:rFonts w:ascii="Aptos Display" w:hAnsi="Aptos Display"/>
        </w:rPr>
        <w:tab/>
      </w:r>
      <w:r w:rsidR="00D96377" w:rsidRPr="00D96377">
        <w:rPr>
          <w:rFonts w:ascii="Aptos Display" w:hAnsi="Aptos Display"/>
          <w:i/>
          <w:iCs/>
        </w:rPr>
        <w:t>absent</w:t>
      </w:r>
    </w:p>
    <w:p w14:paraId="39118117" w14:textId="77777777" w:rsidR="00AC3B86" w:rsidRPr="003A124E" w:rsidRDefault="00F82AB4">
      <w:pPr>
        <w:spacing w:before="100" w:after="0" w:line="240" w:lineRule="auto"/>
        <w:rPr>
          <w:rFonts w:ascii="Aptos Display" w:hAnsi="Aptos Display"/>
        </w:rPr>
      </w:pPr>
      <w:r w:rsidRPr="003A124E">
        <w:rPr>
          <w:rFonts w:ascii="Aptos Display" w:hAnsi="Aptos Display"/>
        </w:rPr>
        <w:t>II. Hearing and Executive Correspondence</w:t>
      </w:r>
    </w:p>
    <w:p w14:paraId="6F921C28" w14:textId="77777777" w:rsidR="00AC3B86" w:rsidRPr="003A124E" w:rsidRDefault="00F82AB4">
      <w:pPr>
        <w:spacing w:before="100" w:after="0" w:line="240" w:lineRule="auto"/>
        <w:rPr>
          <w:rFonts w:ascii="Aptos Display" w:hAnsi="Aptos Display"/>
        </w:rPr>
      </w:pPr>
      <w:r w:rsidRPr="003A124E">
        <w:rPr>
          <w:rFonts w:ascii="Aptos Display" w:hAnsi="Aptos Display"/>
        </w:rPr>
        <w:t>III. Compliance Enforcement Actions</w:t>
      </w:r>
    </w:p>
    <w:p w14:paraId="534F0B56" w14:textId="77777777" w:rsidR="00AC3B86" w:rsidRPr="003A124E" w:rsidRDefault="00F82AB4">
      <w:pPr>
        <w:spacing w:before="100" w:after="0" w:line="240" w:lineRule="auto"/>
        <w:rPr>
          <w:rFonts w:ascii="Aptos Display" w:hAnsi="Aptos Display"/>
        </w:rPr>
      </w:pPr>
      <w:r w:rsidRPr="003A124E">
        <w:rPr>
          <w:rFonts w:ascii="Aptos Display" w:hAnsi="Aptos Display"/>
        </w:rPr>
        <w:t>IV. Existing Resident Violations</w:t>
      </w:r>
    </w:p>
    <w:p w14:paraId="1A72D629" w14:textId="77777777" w:rsidR="00AC3B86" w:rsidRPr="003A124E" w:rsidRDefault="00F82AB4">
      <w:pPr>
        <w:spacing w:before="100" w:after="0" w:line="240" w:lineRule="auto"/>
        <w:rPr>
          <w:rFonts w:ascii="Aptos Display" w:hAnsi="Aptos Display"/>
        </w:rPr>
      </w:pPr>
      <w:r w:rsidRPr="003A124E">
        <w:rPr>
          <w:rFonts w:ascii="Aptos Display" w:hAnsi="Aptos Display"/>
        </w:rPr>
        <w:t>V. Delinquent/Collection Actions</w:t>
      </w:r>
    </w:p>
    <w:p w14:paraId="69711340" w14:textId="77777777" w:rsidR="00AC3B86" w:rsidRPr="003A124E" w:rsidRDefault="00F82AB4">
      <w:pPr>
        <w:spacing w:before="100" w:after="0" w:line="240" w:lineRule="auto"/>
        <w:rPr>
          <w:rFonts w:ascii="Aptos Display" w:hAnsi="Aptos Display"/>
        </w:rPr>
      </w:pPr>
      <w:r w:rsidRPr="003A124E">
        <w:rPr>
          <w:rFonts w:ascii="Aptos Display" w:hAnsi="Aptos Display"/>
        </w:rPr>
        <w:t>VII. Special Events</w:t>
      </w:r>
    </w:p>
    <w:p w14:paraId="31FC73F7" w14:textId="2351E93E" w:rsidR="00AC3B86" w:rsidRPr="003A124E" w:rsidRDefault="00F82AB4">
      <w:pPr>
        <w:spacing w:after="0" w:line="240" w:lineRule="auto"/>
        <w:ind w:left="360"/>
        <w:rPr>
          <w:rFonts w:ascii="Aptos Display" w:hAnsi="Aptos Display"/>
        </w:rPr>
      </w:pPr>
      <w:r w:rsidRPr="003A124E">
        <w:rPr>
          <w:rFonts w:ascii="Aptos Display" w:hAnsi="Aptos Display"/>
        </w:rPr>
        <w:t>A. National Night Out sponsorship planning</w:t>
      </w:r>
    </w:p>
    <w:p w14:paraId="3CF98BEB" w14:textId="77777777" w:rsidR="00AC3B86" w:rsidRPr="003A124E" w:rsidRDefault="00F82AB4">
      <w:pPr>
        <w:spacing w:before="100" w:after="0" w:line="240" w:lineRule="auto"/>
        <w:rPr>
          <w:rFonts w:ascii="Aptos Display" w:hAnsi="Aptos Display"/>
        </w:rPr>
      </w:pPr>
      <w:r w:rsidRPr="003A124E">
        <w:rPr>
          <w:rFonts w:ascii="Aptos Display" w:hAnsi="Aptos Display"/>
        </w:rPr>
        <w:t>VIII. Budget Items</w:t>
      </w:r>
    </w:p>
    <w:p w14:paraId="6EC6777A" w14:textId="795CF4A5" w:rsidR="00AC3B86" w:rsidRPr="0070644E" w:rsidRDefault="00F82AB4">
      <w:pPr>
        <w:pStyle w:val="ListParagraph"/>
        <w:numPr>
          <w:ilvl w:val="0"/>
          <w:numId w:val="22"/>
        </w:numPr>
        <w:spacing w:after="0" w:line="240" w:lineRule="auto"/>
        <w:rPr>
          <w:rFonts w:ascii="Aptos Display" w:hAnsi="Aptos Display"/>
        </w:rPr>
      </w:pPr>
      <w:r w:rsidRPr="0070644E">
        <w:rPr>
          <w:rFonts w:ascii="Aptos Display" w:hAnsi="Aptos Display"/>
        </w:rPr>
        <w:t>Pool and clubhouse-related expenses</w:t>
      </w:r>
    </w:p>
    <w:p w14:paraId="4EE26FBE" w14:textId="77777777" w:rsidR="00AC3B86" w:rsidRPr="003A124E" w:rsidRDefault="00F82AB4">
      <w:pPr>
        <w:spacing w:before="100" w:after="0" w:line="240" w:lineRule="auto"/>
        <w:rPr>
          <w:rFonts w:ascii="Aptos Display" w:hAnsi="Aptos Display"/>
        </w:rPr>
      </w:pPr>
      <w:r w:rsidRPr="003A124E">
        <w:rPr>
          <w:rFonts w:ascii="Aptos Display" w:hAnsi="Aptos Display"/>
        </w:rPr>
        <w:t>IX. Adjournment</w:t>
      </w:r>
    </w:p>
    <w:p w14:paraId="5FE59F91" w14:textId="77777777" w:rsidR="00AC3B86" w:rsidRPr="003A124E" w:rsidRDefault="00AC3B86">
      <w:pPr>
        <w:spacing w:after="80" w:line="240" w:lineRule="auto"/>
        <w:rPr>
          <w:rFonts w:ascii="Aptos Display" w:hAnsi="Aptos Display"/>
        </w:rPr>
      </w:pPr>
    </w:p>
    <w:p w14:paraId="07276BD3" w14:textId="77777777" w:rsidR="00AC3B86" w:rsidRDefault="00F82AB4" w:rsidP="0045470C">
      <w:pPr>
        <w:spacing w:after="0" w:line="240" w:lineRule="auto"/>
        <w:rPr>
          <w:rFonts w:ascii="Aptos Display" w:hAnsi="Aptos Display"/>
          <w:sz w:val="18"/>
          <w:szCs w:val="18"/>
        </w:rPr>
      </w:pPr>
      <w:r w:rsidRPr="0045470C">
        <w:rPr>
          <w:rFonts w:ascii="Aptos Display" w:hAnsi="Aptos Display"/>
          <w:sz w:val="18"/>
          <w:szCs w:val="18"/>
        </w:rPr>
        <w:t>MEETING RULES: Secretary may record the meeting to aid in the preparation of minutes. The recording is deleted once the minutes have been prepared. Per the bylaws, Roberts Rules of Order will be followed in motions, votes, discussions, and deliberations. If attendees become disruptive, they may be asked to excuse themselves from the meeting.</w:t>
      </w:r>
    </w:p>
    <w:p w14:paraId="4DB37158" w14:textId="77777777" w:rsidR="0045470C" w:rsidRPr="0045470C" w:rsidRDefault="0045470C" w:rsidP="0045470C">
      <w:pPr>
        <w:spacing w:after="0" w:line="240" w:lineRule="auto"/>
        <w:rPr>
          <w:rFonts w:ascii="Aptos Display" w:hAnsi="Aptos Display"/>
          <w:sz w:val="18"/>
          <w:szCs w:val="18"/>
        </w:rPr>
      </w:pPr>
    </w:p>
    <w:p w14:paraId="1B5ACFE3" w14:textId="1F3A1186" w:rsidR="00AC3B86" w:rsidRPr="0070644E" w:rsidRDefault="00F82AB4" w:rsidP="0045470C">
      <w:pPr>
        <w:spacing w:after="0" w:line="240" w:lineRule="auto"/>
        <w:rPr>
          <w:rFonts w:ascii="Aptos Display" w:hAnsi="Aptos Display"/>
        </w:rPr>
      </w:pPr>
      <w:r w:rsidRPr="003A124E">
        <w:rPr>
          <w:rFonts w:ascii="Aptos Display" w:hAnsi="Aptos Display"/>
        </w:rPr>
        <w:t>Next Meeting Date:</w:t>
      </w:r>
      <w:r w:rsidR="0070644E">
        <w:rPr>
          <w:rFonts w:ascii="Aptos Display" w:hAnsi="Aptos Display"/>
        </w:rPr>
        <w:t xml:space="preserve">  </w:t>
      </w:r>
      <w:r w:rsidRPr="003A124E">
        <w:rPr>
          <w:rFonts w:ascii="Aptos Display" w:hAnsi="Aptos Display"/>
          <w:b/>
          <w:bCs/>
        </w:rPr>
        <w:t xml:space="preserve">Quarterly </w:t>
      </w:r>
      <w:r w:rsidR="003A124E">
        <w:rPr>
          <w:rFonts w:ascii="Aptos Display" w:hAnsi="Aptos Display"/>
          <w:b/>
          <w:bCs/>
        </w:rPr>
        <w:t>M</w:t>
      </w:r>
      <w:r w:rsidRPr="003A124E">
        <w:rPr>
          <w:rFonts w:ascii="Aptos Display" w:hAnsi="Aptos Display"/>
          <w:b/>
          <w:bCs/>
        </w:rPr>
        <w:t xml:space="preserve">eeting </w:t>
      </w:r>
      <w:r w:rsidR="003A124E">
        <w:rPr>
          <w:rFonts w:ascii="Aptos Display" w:hAnsi="Aptos Display"/>
          <w:b/>
          <w:bCs/>
        </w:rPr>
        <w:t>&amp;</w:t>
      </w:r>
      <w:r w:rsidR="003A124E" w:rsidRPr="003A124E">
        <w:rPr>
          <w:rFonts w:ascii="Aptos Display" w:hAnsi="Aptos Display"/>
          <w:b/>
          <w:bCs/>
        </w:rPr>
        <w:t xml:space="preserve"> Annual Election</w:t>
      </w:r>
      <w:r w:rsidRPr="003A124E">
        <w:rPr>
          <w:rFonts w:ascii="Aptos Display" w:hAnsi="Aptos Display"/>
          <w:b/>
          <w:bCs/>
        </w:rPr>
        <w:t>s scheduled for Saturday, September 12, 2026 @ 10am</w:t>
      </w:r>
    </w:p>
    <w:sectPr w:rsidR="00AC3B86" w:rsidRPr="0070644E" w:rsidSect="00B02D51">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52C23204"/>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7D217DB"/>
    <w:multiLevelType w:val="hybridMultilevel"/>
    <w:tmpl w:val="804EAC14"/>
    <w:lvl w:ilvl="0" w:tplc="FFFFFFFF">
      <w:start w:val="1"/>
      <w:numFmt w:val="upperLetter"/>
      <w:lvlText w:val="%1."/>
      <w:lvlJc w:val="left"/>
      <w:pPr>
        <w:ind w:left="720" w:hanging="360"/>
      </w:pPr>
      <w:rPr>
        <w:rFont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244030"/>
    <w:multiLevelType w:val="multilevel"/>
    <w:tmpl w:val="0F465C5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35448D"/>
    <w:multiLevelType w:val="hybridMultilevel"/>
    <w:tmpl w:val="8EF0335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90ABF"/>
    <w:multiLevelType w:val="multilevel"/>
    <w:tmpl w:val="E21E57E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2D79F9"/>
    <w:multiLevelType w:val="hybridMultilevel"/>
    <w:tmpl w:val="BBE6F00E"/>
    <w:lvl w:ilvl="0" w:tplc="FFFFFFFF">
      <w:start w:val="1"/>
      <w:numFmt w:val="upperLetter"/>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0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864D6B"/>
    <w:multiLevelType w:val="hybridMultilevel"/>
    <w:tmpl w:val="94CAAF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F27446"/>
    <w:multiLevelType w:val="multilevel"/>
    <w:tmpl w:val="6EA8BA8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C42CE2"/>
    <w:multiLevelType w:val="multilevel"/>
    <w:tmpl w:val="750A5D3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2728E7"/>
    <w:multiLevelType w:val="multilevel"/>
    <w:tmpl w:val="E21E57E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8D7CD8"/>
    <w:multiLevelType w:val="hybridMultilevel"/>
    <w:tmpl w:val="A8C06DC0"/>
    <w:lvl w:ilvl="0" w:tplc="04090015">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5E44C8"/>
    <w:multiLevelType w:val="hybridMultilevel"/>
    <w:tmpl w:val="0D0CD14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B82212F"/>
    <w:multiLevelType w:val="hybridMultilevel"/>
    <w:tmpl w:val="62CC92BA"/>
    <w:lvl w:ilvl="0" w:tplc="04090015">
      <w:start w:val="1"/>
      <w:numFmt w:val="upperLetter"/>
      <w:lvlText w:val="%1."/>
      <w:lvlJc w:val="left"/>
      <w:pPr>
        <w:ind w:left="720" w:hanging="360"/>
      </w:pPr>
      <w:rPr>
        <w:rFonts w:hint="default"/>
      </w:rPr>
    </w:lvl>
    <w:lvl w:ilvl="1" w:tplc="9454D816">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357A84"/>
    <w:multiLevelType w:val="hybridMultilevel"/>
    <w:tmpl w:val="C9B4ACCA"/>
    <w:lvl w:ilvl="0" w:tplc="F0F215C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2F677C"/>
    <w:multiLevelType w:val="hybridMultilevel"/>
    <w:tmpl w:val="89BA4912"/>
    <w:lvl w:ilvl="0" w:tplc="FFFFFFFF">
      <w:start w:val="1"/>
      <w:numFmt w:val="upperLetter"/>
      <w:lvlText w:val="%1."/>
      <w:lvlJc w:val="left"/>
      <w:pPr>
        <w:ind w:left="720" w:hanging="360"/>
      </w:pPr>
      <w:rPr>
        <w:rFonts w:hint="default"/>
      </w:rPr>
    </w:lvl>
    <w:lvl w:ilvl="1" w:tplc="9454D81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AC4447"/>
    <w:multiLevelType w:val="hybridMultilevel"/>
    <w:tmpl w:val="39D2769A"/>
    <w:lvl w:ilvl="0" w:tplc="04090015">
      <w:start w:val="1"/>
      <w:numFmt w:val="upperLetter"/>
      <w:lvlText w:val="%1."/>
      <w:lvlJc w:val="left"/>
      <w:pPr>
        <w:ind w:left="720" w:hanging="360"/>
      </w:pPr>
      <w:rPr>
        <w:rFonts w:hint="default"/>
      </w:rPr>
    </w:lvl>
    <w:lvl w:ilvl="1" w:tplc="9454D816">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38421E"/>
    <w:multiLevelType w:val="hybridMultilevel"/>
    <w:tmpl w:val="DC96E532"/>
    <w:lvl w:ilvl="0" w:tplc="FFFFFFFF">
      <w:start w:val="1"/>
      <w:numFmt w:val="upperLetter"/>
      <w:lvlText w:val="%1."/>
      <w:lvlJc w:val="left"/>
      <w:pPr>
        <w:ind w:left="720" w:hanging="360"/>
      </w:pPr>
      <w:rPr>
        <w:rFonts w:hint="default"/>
      </w:rPr>
    </w:lvl>
    <w:lvl w:ilvl="1" w:tplc="9454D81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D268F7"/>
    <w:multiLevelType w:val="hybridMultilevel"/>
    <w:tmpl w:val="35A8F528"/>
    <w:lvl w:ilvl="0" w:tplc="FFFFFFFF">
      <w:start w:val="1"/>
      <w:numFmt w:val="upperLetter"/>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5A28FA"/>
    <w:multiLevelType w:val="hybridMultilevel"/>
    <w:tmpl w:val="6E5E8004"/>
    <w:lvl w:ilvl="0" w:tplc="FFFFFFFF">
      <w:start w:val="1"/>
      <w:numFmt w:val="upperLetter"/>
      <w:lvlText w:val="%1."/>
      <w:lvlJc w:val="left"/>
      <w:pPr>
        <w:ind w:left="720" w:hanging="360"/>
      </w:pPr>
    </w:lvl>
    <w:lvl w:ilvl="1" w:tplc="9454D81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6C5EB8"/>
    <w:multiLevelType w:val="hybridMultilevel"/>
    <w:tmpl w:val="114616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3AE7FCA"/>
    <w:multiLevelType w:val="hybridMultilevel"/>
    <w:tmpl w:val="42A2CEE4"/>
    <w:lvl w:ilvl="0" w:tplc="FFFFFFFF">
      <w:start w:val="1"/>
      <w:numFmt w:val="upperLetter"/>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582310D"/>
    <w:multiLevelType w:val="hybridMultilevel"/>
    <w:tmpl w:val="804EAC14"/>
    <w:lvl w:ilvl="0" w:tplc="FFFFFFFF">
      <w:start w:val="1"/>
      <w:numFmt w:val="upperLetter"/>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EB278E"/>
    <w:multiLevelType w:val="hybridMultilevel"/>
    <w:tmpl w:val="1DEE9B90"/>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861495"/>
    <w:multiLevelType w:val="multilevel"/>
    <w:tmpl w:val="FFF647B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8F752E"/>
    <w:multiLevelType w:val="hybridMultilevel"/>
    <w:tmpl w:val="69147D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9332354"/>
    <w:multiLevelType w:val="multilevel"/>
    <w:tmpl w:val="8D104A4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307490"/>
    <w:multiLevelType w:val="hybridMultilevel"/>
    <w:tmpl w:val="DD00FBCA"/>
    <w:lvl w:ilvl="0" w:tplc="FFFFFFFF">
      <w:start w:val="1"/>
      <w:numFmt w:val="upperLetter"/>
      <w:lvlText w:val="%1."/>
      <w:lvlJc w:val="left"/>
      <w:pPr>
        <w:ind w:left="720" w:hanging="360"/>
      </w:pPr>
    </w:lvl>
    <w:lvl w:ilvl="1" w:tplc="FFFFFFFF">
      <w:start w:val="1"/>
      <w:numFmt w:val="bullet"/>
      <w:lvlText w:val=""/>
      <w:lvlJc w:val="left"/>
      <w:pPr>
        <w:ind w:left="1440" w:hanging="360"/>
      </w:pPr>
      <w:rPr>
        <w:rFonts w:ascii="Wingdings" w:hAnsi="Wingdings" w:hint="default"/>
      </w:rPr>
    </w:lvl>
    <w:lvl w:ilvl="2" w:tplc="FFFFFFFF">
      <w:start w:val="1"/>
      <w:numFmt w:val="decimal"/>
      <w:lvlText w:val="%3."/>
      <w:lvlJc w:val="left"/>
      <w:pPr>
        <w:ind w:left="2340" w:hanging="360"/>
      </w:pPr>
    </w:lvl>
    <w:lvl w:ilvl="3" w:tplc="FFFFFFFF">
      <w:start w:val="1"/>
      <w:numFmt w:val="bullet"/>
      <w:lvlText w:val=""/>
      <w:lvlJc w:val="left"/>
      <w:pPr>
        <w:ind w:left="1440" w:hanging="360"/>
      </w:pPr>
      <w:rPr>
        <w:rFonts w:ascii="Symbol" w:hAnsi="Symbol" w:hint="default"/>
      </w:rPr>
    </w:lvl>
    <w:lvl w:ilvl="4" w:tplc="9454D816">
      <w:start w:val="1"/>
      <w:numFmt w:val="bullet"/>
      <w:lvlText w:val=""/>
      <w:lvlJc w:val="left"/>
      <w:pPr>
        <w:ind w:left="1440" w:hanging="360"/>
      </w:pPr>
      <w:rPr>
        <w:rFonts w:ascii="Symbol" w:hAnsi="Symbo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0D72C31"/>
    <w:multiLevelType w:val="hybridMultilevel"/>
    <w:tmpl w:val="93324E78"/>
    <w:lvl w:ilvl="0" w:tplc="FFFFFFFF">
      <w:start w:val="1"/>
      <w:numFmt w:val="upperLetter"/>
      <w:lvlText w:val="%1."/>
      <w:lvlJc w:val="left"/>
      <w:pPr>
        <w:ind w:left="720" w:hanging="360"/>
      </w:pPr>
    </w:lvl>
    <w:lvl w:ilvl="1" w:tplc="0409000D">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40569E"/>
    <w:multiLevelType w:val="multilevel"/>
    <w:tmpl w:val="D13A183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752A1D"/>
    <w:multiLevelType w:val="hybridMultilevel"/>
    <w:tmpl w:val="4438753C"/>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8141796">
    <w:abstractNumId w:val="5"/>
  </w:num>
  <w:num w:numId="2" w16cid:durableId="1172571219">
    <w:abstractNumId w:val="3"/>
  </w:num>
  <w:num w:numId="3" w16cid:durableId="1463115390">
    <w:abstractNumId w:val="2"/>
  </w:num>
  <w:num w:numId="4" w16cid:durableId="1957711431">
    <w:abstractNumId w:val="4"/>
  </w:num>
  <w:num w:numId="5" w16cid:durableId="724254130">
    <w:abstractNumId w:val="1"/>
  </w:num>
  <w:num w:numId="6" w16cid:durableId="1474564536">
    <w:abstractNumId w:val="0"/>
  </w:num>
  <w:num w:numId="7" w16cid:durableId="1229071462">
    <w:abstractNumId w:val="34"/>
  </w:num>
  <w:num w:numId="8" w16cid:durableId="723409756">
    <w:abstractNumId w:val="11"/>
  </w:num>
  <w:num w:numId="9" w16cid:durableId="761880184">
    <w:abstractNumId w:val="27"/>
  </w:num>
  <w:num w:numId="10" w16cid:durableId="715588699">
    <w:abstractNumId w:val="8"/>
  </w:num>
  <w:num w:numId="11" w16cid:durableId="954555428">
    <w:abstractNumId w:val="20"/>
  </w:num>
  <w:num w:numId="12" w16cid:durableId="1570650344">
    <w:abstractNumId w:val="24"/>
  </w:num>
  <w:num w:numId="13" w16cid:durableId="1536887500">
    <w:abstractNumId w:val="17"/>
  </w:num>
  <w:num w:numId="14" w16cid:durableId="2073001908">
    <w:abstractNumId w:val="29"/>
  </w:num>
  <w:num w:numId="15" w16cid:durableId="1596596353">
    <w:abstractNumId w:val="28"/>
  </w:num>
  <w:num w:numId="16" w16cid:durableId="531189903">
    <w:abstractNumId w:val="14"/>
  </w:num>
  <w:num w:numId="17" w16cid:durableId="94644111">
    <w:abstractNumId w:val="30"/>
  </w:num>
  <w:num w:numId="18" w16cid:durableId="1846246864">
    <w:abstractNumId w:val="9"/>
  </w:num>
  <w:num w:numId="19" w16cid:durableId="1340087342">
    <w:abstractNumId w:val="15"/>
  </w:num>
  <w:num w:numId="20" w16cid:durableId="674116282">
    <w:abstractNumId w:val="23"/>
  </w:num>
  <w:num w:numId="21" w16cid:durableId="1091971544">
    <w:abstractNumId w:val="21"/>
  </w:num>
  <w:num w:numId="22" w16cid:durableId="1731268046">
    <w:abstractNumId w:val="16"/>
  </w:num>
  <w:num w:numId="23" w16cid:durableId="704335844">
    <w:abstractNumId w:val="10"/>
  </w:num>
  <w:num w:numId="24" w16cid:durableId="133107700">
    <w:abstractNumId w:val="32"/>
  </w:num>
  <w:num w:numId="25" w16cid:durableId="1026902380">
    <w:abstractNumId w:val="7"/>
  </w:num>
  <w:num w:numId="26" w16cid:durableId="941567134">
    <w:abstractNumId w:val="33"/>
  </w:num>
  <w:num w:numId="27" w16cid:durableId="537930829">
    <w:abstractNumId w:val="13"/>
  </w:num>
  <w:num w:numId="28" w16cid:durableId="1747259894">
    <w:abstractNumId w:val="12"/>
  </w:num>
  <w:num w:numId="29" w16cid:durableId="278998547">
    <w:abstractNumId w:val="18"/>
  </w:num>
  <w:num w:numId="30" w16cid:durableId="445272962">
    <w:abstractNumId w:val="31"/>
  </w:num>
  <w:num w:numId="31" w16cid:durableId="2015953148">
    <w:abstractNumId w:val="26"/>
  </w:num>
  <w:num w:numId="32" w16cid:durableId="313143859">
    <w:abstractNumId w:val="22"/>
  </w:num>
  <w:num w:numId="33" w16cid:durableId="1320690825">
    <w:abstractNumId w:val="19"/>
  </w:num>
  <w:num w:numId="34" w16cid:durableId="766195639">
    <w:abstractNumId w:val="25"/>
  </w:num>
  <w:num w:numId="35" w16cid:durableId="1541014331">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BA9"/>
    <w:rsid w:val="0006063C"/>
    <w:rsid w:val="0015074B"/>
    <w:rsid w:val="0017749C"/>
    <w:rsid w:val="001A2D2E"/>
    <w:rsid w:val="001A445D"/>
    <w:rsid w:val="00214D1C"/>
    <w:rsid w:val="00281003"/>
    <w:rsid w:val="0029639D"/>
    <w:rsid w:val="00304B81"/>
    <w:rsid w:val="00326F90"/>
    <w:rsid w:val="003A124E"/>
    <w:rsid w:val="003B3BD2"/>
    <w:rsid w:val="00404873"/>
    <w:rsid w:val="0045470C"/>
    <w:rsid w:val="0045721F"/>
    <w:rsid w:val="00463D5E"/>
    <w:rsid w:val="004F7DC9"/>
    <w:rsid w:val="005D5B35"/>
    <w:rsid w:val="00656BC3"/>
    <w:rsid w:val="00657997"/>
    <w:rsid w:val="006A1E2C"/>
    <w:rsid w:val="006A45A8"/>
    <w:rsid w:val="0070644E"/>
    <w:rsid w:val="0076765E"/>
    <w:rsid w:val="007936AE"/>
    <w:rsid w:val="007F6E5E"/>
    <w:rsid w:val="00875F02"/>
    <w:rsid w:val="008C5F50"/>
    <w:rsid w:val="00A07BDE"/>
    <w:rsid w:val="00AA1D8D"/>
    <w:rsid w:val="00AC3B86"/>
    <w:rsid w:val="00AD3840"/>
    <w:rsid w:val="00B02D51"/>
    <w:rsid w:val="00B47730"/>
    <w:rsid w:val="00C066D4"/>
    <w:rsid w:val="00C4400F"/>
    <w:rsid w:val="00CB0664"/>
    <w:rsid w:val="00CF75F9"/>
    <w:rsid w:val="00D31546"/>
    <w:rsid w:val="00D96377"/>
    <w:rsid w:val="00DC2C07"/>
    <w:rsid w:val="00E16EDF"/>
    <w:rsid w:val="00EC6764"/>
    <w:rsid w:val="00EE5BA9"/>
    <w:rsid w:val="00EF3E0C"/>
    <w:rsid w:val="00F12B33"/>
    <w:rsid w:val="00F82A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513DFE"/>
  <w14:defaultImageDpi w14:val="300"/>
  <w15:docId w15:val="{558D00CB-ACB9-435C-8FB7-858A97840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1012</Words>
  <Characters>5476</Characters>
  <Application>Microsoft Office Word</Application>
  <DocSecurity>4</DocSecurity>
  <Lines>144</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Alisha Stanley</cp:lastModifiedBy>
  <cp:revision>2</cp:revision>
  <cp:lastPrinted>2026-09-04T15:57:00Z</cp:lastPrinted>
  <dcterms:created xsi:type="dcterms:W3CDTF">2026-09-09T20:30:00Z</dcterms:created>
  <dcterms:modified xsi:type="dcterms:W3CDTF">2026-09-09T20:30:00Z</dcterms:modified>
  <cp:category/>
</cp:coreProperties>
</file>